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39411" w14:textId="77777777" w:rsidR="00D728DF" w:rsidRPr="00C87620" w:rsidRDefault="009C3674" w:rsidP="00C87620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B02D4C2" wp14:editId="26A8ECB9">
            <wp:extent cx="2232000" cy="697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mara_officia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32000" cy="69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43FAB" w14:textId="7F25359B" w:rsidR="00D728DF" w:rsidRPr="00EB0B14" w:rsidRDefault="009C3674" w:rsidP="00C87620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 w:rsidRPr="00EB0B14">
        <w:rPr>
          <w:rFonts w:ascii="Times New Roman" w:hAnsi="Times New Roman" w:cs="Times New Roman"/>
          <w:b/>
          <w:sz w:val="24"/>
          <w:szCs w:val="24"/>
          <w:lang w:val="tr-TR"/>
        </w:rPr>
        <w:t>Bilimsel Araştırma Projeleri Koordinasyon Birimi</w:t>
      </w:r>
    </w:p>
    <w:p w14:paraId="56CB67C0" w14:textId="77777777" w:rsidR="00D728DF" w:rsidRPr="00EB0B14" w:rsidRDefault="009C3674" w:rsidP="00C87620">
      <w:pPr>
        <w:pStyle w:val="KonuB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EB0B14">
        <w:rPr>
          <w:rFonts w:ascii="Times New Roman" w:hAnsi="Times New Roman" w:cs="Times New Roman"/>
          <w:b/>
          <w:sz w:val="24"/>
          <w:szCs w:val="24"/>
          <w:lang w:val="tr-TR"/>
        </w:rPr>
        <w:t>2027 ADEP Proje Ekibi Beyan ve Taahhüt Formu</w:t>
      </w:r>
    </w:p>
    <w:p w14:paraId="7AA04712" w14:textId="77777777" w:rsidR="00795381" w:rsidRPr="00EB0B14" w:rsidRDefault="00795381" w:rsidP="00795381">
      <w:pPr>
        <w:rPr>
          <w:lang w:val="tr-TR"/>
        </w:rPr>
      </w:pPr>
    </w:p>
    <w:p w14:paraId="5458087D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t xml:space="preserve">Bu form, Araştırma Üniversiteleri Destek Programı kapsamında başvuran proje ekibinin başvuru koşullarını beyan etmesi ve proje çıktıları ile yürütme </w:t>
      </w:r>
      <w:r w:rsidRPr="00C87620">
        <w:rPr>
          <w:rFonts w:ascii="Times New Roman" w:hAnsi="Times New Roman" w:cs="Times New Roman"/>
          <w:sz w:val="24"/>
          <w:szCs w:val="24"/>
        </w:rPr>
        <w:t>yükümlülüklerini taahhüt etmesi için düzenlenmiştir.</w:t>
      </w:r>
    </w:p>
    <w:p w14:paraId="504A9826" w14:textId="77777777" w:rsidR="00D728DF" w:rsidRPr="00C87620" w:rsidRDefault="009C3674" w:rsidP="00C87620">
      <w:pPr>
        <w:pStyle w:val="Balk1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t>1 Yürütücü ve proje bilgileri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803"/>
      </w:tblGrid>
      <w:tr w:rsidR="00D728DF" w:rsidRPr="00C87620" w14:paraId="754026A4" w14:textId="77777777">
        <w:trPr>
          <w:cantSplit/>
          <w:jc w:val="center"/>
        </w:trPr>
        <w:tc>
          <w:tcPr>
            <w:tcW w:w="2835" w:type="dxa"/>
            <w:vAlign w:val="center"/>
          </w:tcPr>
          <w:p w14:paraId="58BBC37E" w14:textId="77777777" w:rsidR="00D728DF" w:rsidRPr="00C87620" w:rsidRDefault="009C3674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>Projenin başlığı</w:t>
            </w:r>
          </w:p>
        </w:tc>
        <w:tc>
          <w:tcPr>
            <w:tcW w:w="6803" w:type="dxa"/>
            <w:vAlign w:val="center"/>
          </w:tcPr>
          <w:p w14:paraId="3647A2DF" w14:textId="77777777" w:rsidR="00D728DF" w:rsidRPr="00C87620" w:rsidRDefault="009C3674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D728DF" w:rsidRPr="00C87620" w14:paraId="353C7AB0" w14:textId="77777777">
        <w:trPr>
          <w:cantSplit/>
          <w:jc w:val="center"/>
        </w:trPr>
        <w:tc>
          <w:tcPr>
            <w:tcW w:w="2835" w:type="dxa"/>
            <w:vAlign w:val="center"/>
          </w:tcPr>
          <w:p w14:paraId="3917556B" w14:textId="77777777" w:rsidR="00D728DF" w:rsidRPr="00C87620" w:rsidRDefault="009C3674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>Proje yürütücüsü</w:t>
            </w:r>
          </w:p>
        </w:tc>
        <w:tc>
          <w:tcPr>
            <w:tcW w:w="6803" w:type="dxa"/>
            <w:vAlign w:val="center"/>
          </w:tcPr>
          <w:p w14:paraId="4F34BCD1" w14:textId="77777777" w:rsidR="00D728DF" w:rsidRPr="00C87620" w:rsidRDefault="00D728DF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8DF" w:rsidRPr="00C87620" w14:paraId="0518EA57" w14:textId="77777777">
        <w:trPr>
          <w:cantSplit/>
          <w:jc w:val="center"/>
        </w:trPr>
        <w:tc>
          <w:tcPr>
            <w:tcW w:w="2835" w:type="dxa"/>
            <w:vAlign w:val="center"/>
          </w:tcPr>
          <w:p w14:paraId="6C3B86D4" w14:textId="77777777" w:rsidR="00D728DF" w:rsidRPr="00C87620" w:rsidRDefault="009C3674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>Birim / Bölüm / Ana bilim dalı</w:t>
            </w:r>
          </w:p>
        </w:tc>
        <w:tc>
          <w:tcPr>
            <w:tcW w:w="6803" w:type="dxa"/>
            <w:vAlign w:val="center"/>
          </w:tcPr>
          <w:p w14:paraId="42B06B80" w14:textId="77777777" w:rsidR="00D728DF" w:rsidRPr="00C87620" w:rsidRDefault="00D728DF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8DF" w:rsidRPr="00C87620" w14:paraId="29074069" w14:textId="77777777">
        <w:trPr>
          <w:cantSplit/>
          <w:jc w:val="center"/>
        </w:trPr>
        <w:tc>
          <w:tcPr>
            <w:tcW w:w="2835" w:type="dxa"/>
            <w:vAlign w:val="center"/>
          </w:tcPr>
          <w:p w14:paraId="27E2C11B" w14:textId="77777777" w:rsidR="00D728DF" w:rsidRPr="00C87620" w:rsidRDefault="009C3674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>Araştırmacılar</w:t>
            </w:r>
          </w:p>
        </w:tc>
        <w:tc>
          <w:tcPr>
            <w:tcW w:w="6803" w:type="dxa"/>
            <w:vAlign w:val="center"/>
          </w:tcPr>
          <w:p w14:paraId="4116F6CF" w14:textId="77777777" w:rsidR="00D728DF" w:rsidRPr="00C87620" w:rsidRDefault="009C3674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D728DF" w:rsidRPr="00C87620" w14:paraId="26A955EC" w14:textId="77777777">
        <w:trPr>
          <w:cantSplit/>
          <w:jc w:val="center"/>
        </w:trPr>
        <w:tc>
          <w:tcPr>
            <w:tcW w:w="2835" w:type="dxa"/>
            <w:vAlign w:val="center"/>
          </w:tcPr>
          <w:p w14:paraId="163ED47D" w14:textId="77777777" w:rsidR="00D728DF" w:rsidRPr="00C87620" w:rsidRDefault="009C3674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>Proje türü</w:t>
            </w:r>
          </w:p>
        </w:tc>
        <w:tc>
          <w:tcPr>
            <w:tcW w:w="6803" w:type="dxa"/>
            <w:vAlign w:val="center"/>
          </w:tcPr>
          <w:p w14:paraId="036A78CF" w14:textId="77777777" w:rsidR="00D728DF" w:rsidRPr="00C87620" w:rsidRDefault="009C3674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 xml:space="preserve"> ADEP 1     </w:t>
            </w: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 xml:space="preserve"> ADEP 2     </w:t>
            </w: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 xml:space="preserve"> ADEP 3</w:t>
            </w:r>
          </w:p>
        </w:tc>
      </w:tr>
      <w:tr w:rsidR="00D728DF" w:rsidRPr="00C87620" w14:paraId="441FAAC4" w14:textId="77777777">
        <w:trPr>
          <w:cantSplit/>
          <w:jc w:val="center"/>
        </w:trPr>
        <w:tc>
          <w:tcPr>
            <w:tcW w:w="2835" w:type="dxa"/>
            <w:vAlign w:val="center"/>
          </w:tcPr>
          <w:p w14:paraId="49520577" w14:textId="77777777" w:rsidR="00D728DF" w:rsidRPr="00C87620" w:rsidRDefault="009C3674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>Proje grubu</w:t>
            </w:r>
          </w:p>
        </w:tc>
        <w:tc>
          <w:tcPr>
            <w:tcW w:w="6803" w:type="dxa"/>
            <w:vAlign w:val="center"/>
          </w:tcPr>
          <w:p w14:paraId="6AA8920D" w14:textId="77777777" w:rsidR="00D728DF" w:rsidRPr="00C87620" w:rsidRDefault="009C3674" w:rsidP="00C8762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 xml:space="preserve"> Fen ve Mühendislik Bilimleri</w:t>
            </w:r>
          </w:p>
          <w:p w14:paraId="5FF7E52C" w14:textId="77777777" w:rsidR="00D728DF" w:rsidRPr="00C87620" w:rsidRDefault="009C3674" w:rsidP="00C8762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 xml:space="preserve"> Tıp ve Sağlık Bilimleri     </w:t>
            </w: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 xml:space="preserve"> Sosyal Bilimler</w:t>
            </w:r>
          </w:p>
        </w:tc>
      </w:tr>
      <w:tr w:rsidR="00D728DF" w:rsidRPr="00C87620" w14:paraId="57827737" w14:textId="77777777">
        <w:trPr>
          <w:cantSplit/>
          <w:jc w:val="center"/>
        </w:trPr>
        <w:tc>
          <w:tcPr>
            <w:tcW w:w="2835" w:type="dxa"/>
            <w:vAlign w:val="center"/>
          </w:tcPr>
          <w:p w14:paraId="0DE6FC9E" w14:textId="77777777" w:rsidR="00D728DF" w:rsidRPr="00C87620" w:rsidRDefault="009C3674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>Talep edilen bütçe ve süre</w:t>
            </w:r>
          </w:p>
        </w:tc>
        <w:tc>
          <w:tcPr>
            <w:tcW w:w="6803" w:type="dxa"/>
            <w:vAlign w:val="center"/>
          </w:tcPr>
          <w:p w14:paraId="717603F3" w14:textId="77777777" w:rsidR="00D728DF" w:rsidRPr="00C87620" w:rsidRDefault="009C3674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>Bütçe: ................................ TL     Süre: ............... ay</w:t>
            </w:r>
          </w:p>
        </w:tc>
      </w:tr>
    </w:tbl>
    <w:p w14:paraId="43244F39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t xml:space="preserve">Bütçe üst limitleri vergiler dâhil ADEP 1 için 2.000.000 TL, ADEP 2 için </w:t>
      </w:r>
      <w:r w:rsidRPr="00C87620">
        <w:rPr>
          <w:rFonts w:ascii="Times New Roman" w:hAnsi="Times New Roman" w:cs="Times New Roman"/>
          <w:sz w:val="24"/>
          <w:szCs w:val="24"/>
        </w:rPr>
        <w:t>4.000.000 TL ve ADEP 3 için 7.000.000 TL’dir. Proje süreleri sırasıyla 12–18 ay, 12–24 ay ve 24–36 aydır.</w:t>
      </w:r>
    </w:p>
    <w:p w14:paraId="63001A2B" w14:textId="77777777" w:rsidR="00D728DF" w:rsidRPr="00C87620" w:rsidRDefault="009C3674" w:rsidP="00C8762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br w:type="page"/>
      </w:r>
    </w:p>
    <w:p w14:paraId="15F8C302" w14:textId="77777777" w:rsidR="00D728DF" w:rsidRPr="00C87620" w:rsidRDefault="009C3674" w:rsidP="00C87620">
      <w:pPr>
        <w:pStyle w:val="Balk1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lastRenderedPageBreak/>
        <w:t>2 Başvuru koşullarına ilişkin beyan</w:t>
      </w:r>
    </w:p>
    <w:p w14:paraId="035DDFF9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t>Yalnızca başvurulan proje türüne ait koşullar işaretlenmelidir. Yayın ve proje deneyiminde son beş yıl (2022–202</w:t>
      </w:r>
      <w:r w:rsidRPr="00C87620">
        <w:rPr>
          <w:rFonts w:ascii="Times New Roman" w:hAnsi="Times New Roman" w:cs="Times New Roman"/>
          <w:sz w:val="24"/>
          <w:szCs w:val="24"/>
        </w:rPr>
        <w:t>6 yılları) esas alınır. Yayın ve proje deneyimi koşulları birlikte sağlanır.</w:t>
      </w:r>
    </w:p>
    <w:p w14:paraId="4366086E" w14:textId="77777777" w:rsidR="00D728DF" w:rsidRPr="00C87620" w:rsidRDefault="009C3674" w:rsidP="00C87620">
      <w:pPr>
        <w:pStyle w:val="Balk1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t>ADEP 1</w:t>
      </w:r>
    </w:p>
    <w:p w14:paraId="3C5E4DE9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Segoe UI Symbol" w:hAnsi="Segoe UI Symbol" w:cs="Segoe UI Symbol"/>
          <w:sz w:val="24"/>
          <w:szCs w:val="24"/>
        </w:rPr>
        <w:t>☐</w:t>
      </w:r>
      <w:r w:rsidRPr="00C87620">
        <w:rPr>
          <w:rFonts w:ascii="Times New Roman" w:hAnsi="Times New Roman" w:cs="Times New Roman"/>
          <w:sz w:val="24"/>
          <w:szCs w:val="24"/>
        </w:rPr>
        <w:t xml:space="preserve"> En az 1 adedi Q1 olmak üzere 2 adet Q1/Q2 makalem bulunmaktadır.</w:t>
      </w:r>
    </w:p>
    <w:p w14:paraId="08DFB758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Segoe UI Symbol" w:hAnsi="Segoe UI Symbol" w:cs="Segoe UI Symbol"/>
          <w:sz w:val="24"/>
          <w:szCs w:val="24"/>
        </w:rPr>
        <w:t>☐</w:t>
      </w:r>
      <w:r w:rsidRPr="00C87620">
        <w:rPr>
          <w:rFonts w:ascii="Times New Roman" w:hAnsi="Times New Roman" w:cs="Times New Roman"/>
          <w:sz w:val="24"/>
          <w:szCs w:val="24"/>
        </w:rPr>
        <w:t xml:space="preserve"> Veya sosyal bilimlerde, TR Dizin veya uluslararası indekslerde 2 adet makalem ya da bu indekslerde 1 ad</w:t>
      </w:r>
      <w:r w:rsidRPr="00C87620">
        <w:rPr>
          <w:rFonts w:ascii="Times New Roman" w:hAnsi="Times New Roman" w:cs="Times New Roman"/>
          <w:sz w:val="24"/>
          <w:szCs w:val="24"/>
        </w:rPr>
        <w:t>et makalem ve 1 adet uluslararası nitelikli kitap bölümüm bulunmaktadır.</w:t>
      </w:r>
    </w:p>
    <w:p w14:paraId="09895A54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Segoe UI Symbol" w:hAnsi="Segoe UI Symbol" w:cs="Segoe UI Symbol"/>
          <w:sz w:val="24"/>
          <w:szCs w:val="24"/>
        </w:rPr>
        <w:t>☐</w:t>
      </w:r>
      <w:r w:rsidRPr="00C87620">
        <w:rPr>
          <w:rFonts w:ascii="Times New Roman" w:hAnsi="Times New Roman" w:cs="Times New Roman"/>
          <w:sz w:val="24"/>
          <w:szCs w:val="24"/>
        </w:rPr>
        <w:t xml:space="preserve"> İç veya dış kaynaklı, ulusal veya uluslararası en az 1 adet projede yürütücü veya araştırmacı olarak görev aldım ya da dış kaynaklı proje başvurusu yaptım.</w:t>
      </w:r>
    </w:p>
    <w:p w14:paraId="755AF432" w14:textId="77777777" w:rsidR="00D728DF" w:rsidRPr="00C87620" w:rsidRDefault="009C3674" w:rsidP="00C87620">
      <w:pPr>
        <w:pStyle w:val="Balk1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t>ADEP 2</w:t>
      </w:r>
    </w:p>
    <w:p w14:paraId="3D571E65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Segoe UI Symbol" w:hAnsi="Segoe UI Symbol" w:cs="Segoe UI Symbol"/>
          <w:sz w:val="24"/>
          <w:szCs w:val="24"/>
        </w:rPr>
        <w:t>☐</w:t>
      </w:r>
      <w:r w:rsidRPr="00C87620">
        <w:rPr>
          <w:rFonts w:ascii="Times New Roman" w:hAnsi="Times New Roman" w:cs="Times New Roman"/>
          <w:sz w:val="24"/>
          <w:szCs w:val="24"/>
        </w:rPr>
        <w:t xml:space="preserve"> En az 1 adedi Q1</w:t>
      </w:r>
      <w:r w:rsidRPr="00C87620">
        <w:rPr>
          <w:rFonts w:ascii="Times New Roman" w:hAnsi="Times New Roman" w:cs="Times New Roman"/>
          <w:sz w:val="24"/>
          <w:szCs w:val="24"/>
        </w:rPr>
        <w:t xml:space="preserve"> olmak üzere 3 adet Q1/Q2 makalem bulunmaktadır.</w:t>
      </w:r>
    </w:p>
    <w:p w14:paraId="5235E8D3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Segoe UI Symbol" w:hAnsi="Segoe UI Symbol" w:cs="Segoe UI Symbol"/>
          <w:sz w:val="24"/>
          <w:szCs w:val="24"/>
        </w:rPr>
        <w:t>☐</w:t>
      </w:r>
      <w:r w:rsidRPr="00C87620">
        <w:rPr>
          <w:rFonts w:ascii="Times New Roman" w:hAnsi="Times New Roman" w:cs="Times New Roman"/>
          <w:sz w:val="24"/>
          <w:szCs w:val="24"/>
        </w:rPr>
        <w:t xml:space="preserve"> Veya sosyal bilimlerde, TR Dizin veya uluslararası indekslerde 3 adet makalem ya da bu indekslerde 2 adet makalem ve 1 adet uluslararası nitelikli kitap bölümüm bulunmaktadır.</w:t>
      </w:r>
    </w:p>
    <w:p w14:paraId="7931C236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Segoe UI Symbol" w:hAnsi="Segoe UI Symbol" w:cs="Segoe UI Symbol"/>
          <w:sz w:val="24"/>
          <w:szCs w:val="24"/>
        </w:rPr>
        <w:t>☐</w:t>
      </w:r>
      <w:r w:rsidRPr="00C87620">
        <w:rPr>
          <w:rFonts w:ascii="Times New Roman" w:hAnsi="Times New Roman" w:cs="Times New Roman"/>
          <w:sz w:val="24"/>
          <w:szCs w:val="24"/>
        </w:rPr>
        <w:t xml:space="preserve"> Desteklenmesi kabul edilmiş</w:t>
      </w:r>
      <w:r w:rsidRPr="00C87620">
        <w:rPr>
          <w:rFonts w:ascii="Times New Roman" w:hAnsi="Times New Roman" w:cs="Times New Roman"/>
          <w:sz w:val="24"/>
          <w:szCs w:val="24"/>
        </w:rPr>
        <w:t xml:space="preserve"> en az 1 adet ulusal veya uluslararası nitelikli dış kaynaklı projede yürütücüyüm ya da uluslararası nitelikli bir projede iş paketi yürütücülüğü yaptım.</w:t>
      </w:r>
    </w:p>
    <w:p w14:paraId="04F4907A" w14:textId="77777777" w:rsidR="00D728DF" w:rsidRPr="00C87620" w:rsidRDefault="009C3674" w:rsidP="00C87620">
      <w:pPr>
        <w:pStyle w:val="Balk1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t>ADEP 3</w:t>
      </w:r>
    </w:p>
    <w:p w14:paraId="3557395D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Segoe UI Symbol" w:hAnsi="Segoe UI Symbol" w:cs="Segoe UI Symbol"/>
          <w:sz w:val="24"/>
          <w:szCs w:val="24"/>
        </w:rPr>
        <w:t>☐</w:t>
      </w:r>
      <w:r w:rsidRPr="00C87620">
        <w:rPr>
          <w:rFonts w:ascii="Times New Roman" w:hAnsi="Times New Roman" w:cs="Times New Roman"/>
          <w:sz w:val="24"/>
          <w:szCs w:val="24"/>
        </w:rPr>
        <w:t xml:space="preserve"> En az 2 adedi Q1 olmak üzere 6 adet Q1/Q2 makale koşulunu sağlıyorum. Varsa aşağıdaki patent </w:t>
      </w:r>
      <w:r w:rsidRPr="00C87620">
        <w:rPr>
          <w:rFonts w:ascii="Times New Roman" w:hAnsi="Times New Roman" w:cs="Times New Roman"/>
          <w:sz w:val="24"/>
          <w:szCs w:val="24"/>
        </w:rPr>
        <w:t>karşılığından yararlanıyorum.</w:t>
      </w:r>
    </w:p>
    <w:p w14:paraId="6E408298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Segoe UI Symbol" w:hAnsi="Segoe UI Symbol" w:cs="Segoe UI Symbol"/>
          <w:sz w:val="24"/>
          <w:szCs w:val="24"/>
        </w:rPr>
        <w:t>☐</w:t>
      </w:r>
      <w:r w:rsidRPr="00C87620">
        <w:rPr>
          <w:rFonts w:ascii="Times New Roman" w:hAnsi="Times New Roman" w:cs="Times New Roman"/>
          <w:sz w:val="24"/>
          <w:szCs w:val="24"/>
        </w:rPr>
        <w:t xml:space="preserve"> Uluslararası tescilli patentim 2 adet Q1 makale yerine sayılacaktır.</w:t>
      </w:r>
    </w:p>
    <w:p w14:paraId="3BDEEAF1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Segoe UI Symbol" w:hAnsi="Segoe UI Symbol" w:cs="Segoe UI Symbol"/>
          <w:sz w:val="24"/>
          <w:szCs w:val="24"/>
        </w:rPr>
        <w:t>☐</w:t>
      </w:r>
      <w:r w:rsidRPr="00C87620">
        <w:rPr>
          <w:rFonts w:ascii="Times New Roman" w:hAnsi="Times New Roman" w:cs="Times New Roman"/>
          <w:sz w:val="24"/>
          <w:szCs w:val="24"/>
        </w:rPr>
        <w:t xml:space="preserve"> Ulusal tescilli patentim 1 adet Q1 makale yerine sayılacaktır.</w:t>
      </w:r>
    </w:p>
    <w:p w14:paraId="71E804C7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Segoe UI Symbol" w:hAnsi="Segoe UI Symbol" w:cs="Segoe UI Symbol"/>
          <w:sz w:val="24"/>
          <w:szCs w:val="24"/>
        </w:rPr>
        <w:t>☐</w:t>
      </w:r>
      <w:r w:rsidRPr="00C87620">
        <w:rPr>
          <w:rFonts w:ascii="Times New Roman" w:hAnsi="Times New Roman" w:cs="Times New Roman"/>
          <w:sz w:val="24"/>
          <w:szCs w:val="24"/>
        </w:rPr>
        <w:t xml:space="preserve"> En az 1 adet ulusal veya uluslararası nitelikli dış kaynaklı projeyi yürütücü olarak tam</w:t>
      </w:r>
      <w:r w:rsidRPr="00C87620">
        <w:rPr>
          <w:rFonts w:ascii="Times New Roman" w:hAnsi="Times New Roman" w:cs="Times New Roman"/>
          <w:sz w:val="24"/>
          <w:szCs w:val="24"/>
        </w:rPr>
        <w:t>amladım ya da uluslararası nitelikli bir projede iş paketi yürütücülüğü yaptım.</w:t>
      </w:r>
    </w:p>
    <w:p w14:paraId="6D0C2F57" w14:textId="77777777" w:rsidR="00D728DF" w:rsidRPr="00C87620" w:rsidRDefault="009C3674" w:rsidP="00C87620">
      <w:pPr>
        <w:pStyle w:val="Balk1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t>Tanımlar ve kanıtlayıcı belgeler</w:t>
      </w:r>
    </w:p>
    <w:p w14:paraId="07810FED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t>Q1/Q2 makaleler: Web of Science (WoS) veya Scopus kapsamındaki dergilerde yayımlanan Q1 veya Q2 kategorisindeki makalelerdir.</w:t>
      </w:r>
    </w:p>
    <w:p w14:paraId="7D4C9930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t xml:space="preserve">Nitelikli proje: </w:t>
      </w:r>
      <w:r w:rsidRPr="00C87620">
        <w:rPr>
          <w:rFonts w:ascii="Times New Roman" w:hAnsi="Times New Roman" w:cs="Times New Roman"/>
          <w:sz w:val="24"/>
          <w:szCs w:val="24"/>
        </w:rPr>
        <w:t>Bilimsel değerlendirme sonucunda ulusal veya uluslararası kuruluşlarca desteklenmesi kabul edilmiş araştırma ve geliştirme projesidir.</w:t>
      </w:r>
    </w:p>
    <w:p w14:paraId="7E9DB913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t>Yayın listesi ve indeks bilgileri, kitap bölümü künyesi, proje görevini ve kabulünü veya tamamlanmasını gösteren belgeler</w:t>
      </w:r>
      <w:r w:rsidRPr="00C87620">
        <w:rPr>
          <w:rFonts w:ascii="Times New Roman" w:hAnsi="Times New Roman" w:cs="Times New Roman"/>
          <w:sz w:val="24"/>
          <w:szCs w:val="24"/>
        </w:rPr>
        <w:t xml:space="preserve"> ile varsa patent tescil belgeleri başvuruya eklenir.</w:t>
      </w:r>
    </w:p>
    <w:p w14:paraId="03D20AD0" w14:textId="77777777" w:rsidR="00D728DF" w:rsidRPr="00C87620" w:rsidRDefault="009C3674" w:rsidP="00C8762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br w:type="page"/>
      </w:r>
    </w:p>
    <w:p w14:paraId="2BF5793F" w14:textId="77777777" w:rsidR="00D728DF" w:rsidRPr="00C87620" w:rsidRDefault="009C3674" w:rsidP="00C87620">
      <w:pPr>
        <w:pStyle w:val="Balk1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lastRenderedPageBreak/>
        <w:t>3 Ekip bursiyer ve iş birliği taahhütleri</w:t>
      </w:r>
    </w:p>
    <w:p w14:paraId="03393BC2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t>Başvurulan proje türüne ait satır işaretlenir. Ekip ve iş birliği bilgileri başvuru belgeleriyle desteklenir.</w:t>
      </w:r>
    </w:p>
    <w:p w14:paraId="45B63B19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Segoe UI Symbol" w:hAnsi="Segoe UI Symbol" w:cs="Segoe UI Symbol"/>
          <w:sz w:val="24"/>
          <w:szCs w:val="24"/>
        </w:rPr>
        <w:t>☐</w:t>
      </w:r>
      <w:r w:rsidRPr="00C87620">
        <w:rPr>
          <w:rFonts w:ascii="Times New Roman" w:hAnsi="Times New Roman" w:cs="Times New Roman"/>
          <w:sz w:val="24"/>
          <w:szCs w:val="24"/>
        </w:rPr>
        <w:t xml:space="preserve"> ADEP 1: Yürütücü ve en az 2 araştırmacıdan olu</w:t>
      </w:r>
      <w:r w:rsidRPr="00C87620">
        <w:rPr>
          <w:rFonts w:ascii="Times New Roman" w:hAnsi="Times New Roman" w:cs="Times New Roman"/>
          <w:sz w:val="24"/>
          <w:szCs w:val="24"/>
        </w:rPr>
        <w:t>şan ekip ile en az 1 bursiyer veya araştırmacı öğrenci koşulunu sağlayacağımızı taahhüt ederiz.</w:t>
      </w:r>
    </w:p>
    <w:p w14:paraId="7B05FBB5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Segoe UI Symbol" w:hAnsi="Segoe UI Symbol" w:cs="Segoe UI Symbol"/>
          <w:sz w:val="24"/>
          <w:szCs w:val="24"/>
        </w:rPr>
        <w:t>☐</w:t>
      </w:r>
      <w:r w:rsidRPr="00C87620">
        <w:rPr>
          <w:rFonts w:ascii="Times New Roman" w:hAnsi="Times New Roman" w:cs="Times New Roman"/>
          <w:sz w:val="24"/>
          <w:szCs w:val="24"/>
        </w:rPr>
        <w:t xml:space="preserve"> ADEP 2: Yürütücü dâhil en az 4 araştırmacıdan oluşan ekip ile en az 2 bursiyer veya araştırmacı öğrenci koşulunu sağlayacağımızı taahhüt ederiz.</w:t>
      </w:r>
    </w:p>
    <w:p w14:paraId="2F96467E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Segoe UI Symbol" w:hAnsi="Segoe UI Symbol" w:cs="Segoe UI Symbol"/>
          <w:sz w:val="24"/>
          <w:szCs w:val="24"/>
        </w:rPr>
        <w:t>☐</w:t>
      </w:r>
      <w:r w:rsidRPr="00C87620">
        <w:rPr>
          <w:rFonts w:ascii="Times New Roman" w:hAnsi="Times New Roman" w:cs="Times New Roman"/>
          <w:sz w:val="24"/>
          <w:szCs w:val="24"/>
        </w:rPr>
        <w:t xml:space="preserve"> ADEP 3: Yürütücü dâhil en az 5 araştırmacıdan oluşan ekip ile en az 2 bursiyer koşulunu sağlayacağımızı taahhüt ederiz. Bu proje türünde doktora sonrası araştırmacı da çalıştırılabilir.</w:t>
      </w:r>
    </w:p>
    <w:p w14:paraId="331B0D71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Segoe UI Symbol" w:hAnsi="Segoe UI Symbol" w:cs="Segoe UI Symbol"/>
          <w:sz w:val="24"/>
          <w:szCs w:val="24"/>
        </w:rPr>
        <w:t>☐</w:t>
      </w:r>
      <w:r w:rsidRPr="00C87620">
        <w:rPr>
          <w:rFonts w:ascii="Times New Roman" w:hAnsi="Times New Roman" w:cs="Times New Roman"/>
          <w:sz w:val="24"/>
          <w:szCs w:val="24"/>
        </w:rPr>
        <w:t xml:space="preserve"> ADEP 1, ADEP 2 ve ADEP 3 için zorunlu olan üniversiteler arası iş birliğini sağlayacağımızı taahhüt ederiz.</w:t>
      </w:r>
    </w:p>
    <w:p w14:paraId="2FDF6E56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Segoe UI Symbol" w:hAnsi="Segoe UI Symbol" w:cs="Segoe UI Symbol"/>
          <w:sz w:val="24"/>
          <w:szCs w:val="24"/>
        </w:rPr>
        <w:t>☐</w:t>
      </w:r>
      <w:r w:rsidRPr="00C87620">
        <w:rPr>
          <w:rFonts w:ascii="Times New Roman" w:hAnsi="Times New Roman" w:cs="Times New Roman"/>
          <w:sz w:val="24"/>
          <w:szCs w:val="24"/>
        </w:rPr>
        <w:t xml:space="preserve"> ADEP 3 için ayrıca zorunlu olan uluslararası iş birliğini sağlayacağımızı taahhüt ederiz.</w:t>
      </w:r>
    </w:p>
    <w:p w14:paraId="29989B41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t>En az 1 iş paketinin koordinatörlüğünü dış paydaşın üst</w:t>
      </w:r>
      <w:r w:rsidRPr="00C87620">
        <w:rPr>
          <w:rFonts w:ascii="Times New Roman" w:hAnsi="Times New Roman" w:cs="Times New Roman"/>
          <w:sz w:val="24"/>
          <w:szCs w:val="24"/>
        </w:rPr>
        <w:t>lenmesi beklenir.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701"/>
        <w:gridCol w:w="3969"/>
      </w:tblGrid>
      <w:tr w:rsidR="00D728DF" w:rsidRPr="00C87620" w14:paraId="2F606E81" w14:textId="77777777">
        <w:trPr>
          <w:cantSplit/>
          <w:jc w:val="center"/>
        </w:trPr>
        <w:tc>
          <w:tcPr>
            <w:tcW w:w="3969" w:type="dxa"/>
            <w:shd w:val="clear" w:color="auto" w:fill="EDEDED"/>
            <w:vAlign w:val="center"/>
          </w:tcPr>
          <w:p w14:paraId="5E88E76D" w14:textId="77777777" w:rsidR="00D728DF" w:rsidRPr="00C87620" w:rsidRDefault="009C3674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b/>
                <w:sz w:val="24"/>
                <w:szCs w:val="24"/>
              </w:rPr>
              <w:t>İş birliği yapılan üniversite / kurum</w:t>
            </w:r>
          </w:p>
        </w:tc>
        <w:tc>
          <w:tcPr>
            <w:tcW w:w="1701" w:type="dxa"/>
            <w:shd w:val="clear" w:color="auto" w:fill="EDEDED"/>
            <w:vAlign w:val="center"/>
          </w:tcPr>
          <w:p w14:paraId="45232022" w14:textId="77777777" w:rsidR="00D728DF" w:rsidRPr="00C87620" w:rsidRDefault="009C3674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b/>
                <w:sz w:val="24"/>
                <w:szCs w:val="24"/>
              </w:rPr>
              <w:t>Ülke</w:t>
            </w:r>
          </w:p>
        </w:tc>
        <w:tc>
          <w:tcPr>
            <w:tcW w:w="3969" w:type="dxa"/>
            <w:shd w:val="clear" w:color="auto" w:fill="EDEDED"/>
            <w:vAlign w:val="center"/>
          </w:tcPr>
          <w:p w14:paraId="6F948287" w14:textId="77777777" w:rsidR="00D728DF" w:rsidRPr="00C87620" w:rsidRDefault="009C3674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b/>
                <w:sz w:val="24"/>
                <w:szCs w:val="24"/>
              </w:rPr>
              <w:t>Katkı ve iş paketi</w:t>
            </w:r>
          </w:p>
        </w:tc>
      </w:tr>
      <w:tr w:rsidR="00D728DF" w:rsidRPr="00C87620" w14:paraId="7B60F91F" w14:textId="77777777">
        <w:trPr>
          <w:cantSplit/>
          <w:jc w:val="center"/>
        </w:trPr>
        <w:tc>
          <w:tcPr>
            <w:tcW w:w="3969" w:type="dxa"/>
            <w:vAlign w:val="center"/>
          </w:tcPr>
          <w:p w14:paraId="217C0F46" w14:textId="77777777" w:rsidR="00D728DF" w:rsidRPr="00C87620" w:rsidRDefault="009C3674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01" w:type="dxa"/>
            <w:vAlign w:val="center"/>
          </w:tcPr>
          <w:p w14:paraId="2F62C40D" w14:textId="77777777" w:rsidR="00D728DF" w:rsidRPr="00C87620" w:rsidRDefault="00D728DF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7B07F578" w14:textId="77777777" w:rsidR="00D728DF" w:rsidRPr="00C87620" w:rsidRDefault="00D728DF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8DF" w:rsidRPr="00C87620" w14:paraId="2FCE9676" w14:textId="77777777">
        <w:trPr>
          <w:cantSplit/>
          <w:jc w:val="center"/>
        </w:trPr>
        <w:tc>
          <w:tcPr>
            <w:tcW w:w="3969" w:type="dxa"/>
            <w:vAlign w:val="center"/>
          </w:tcPr>
          <w:p w14:paraId="52421644" w14:textId="77777777" w:rsidR="00D728DF" w:rsidRPr="00C87620" w:rsidRDefault="009C3674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01" w:type="dxa"/>
            <w:vAlign w:val="center"/>
          </w:tcPr>
          <w:p w14:paraId="4C5D2038" w14:textId="77777777" w:rsidR="00D728DF" w:rsidRPr="00C87620" w:rsidRDefault="00D728DF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2BA9E54D" w14:textId="77777777" w:rsidR="00D728DF" w:rsidRPr="00C87620" w:rsidRDefault="00D728DF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8DF" w:rsidRPr="00C87620" w14:paraId="59ADFEC7" w14:textId="77777777">
        <w:trPr>
          <w:cantSplit/>
          <w:jc w:val="center"/>
        </w:trPr>
        <w:tc>
          <w:tcPr>
            <w:tcW w:w="3969" w:type="dxa"/>
            <w:vAlign w:val="center"/>
          </w:tcPr>
          <w:p w14:paraId="236EFE64" w14:textId="77777777" w:rsidR="00D728DF" w:rsidRPr="00C87620" w:rsidRDefault="009C3674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01" w:type="dxa"/>
            <w:vAlign w:val="center"/>
          </w:tcPr>
          <w:p w14:paraId="74220DC7" w14:textId="77777777" w:rsidR="00D728DF" w:rsidRPr="00C87620" w:rsidRDefault="00D728DF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5977881F" w14:textId="77777777" w:rsidR="00D728DF" w:rsidRPr="00C87620" w:rsidRDefault="00D728DF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313F941" w14:textId="77777777" w:rsidR="00D728DF" w:rsidRPr="00C87620" w:rsidRDefault="009C3674" w:rsidP="00C87620">
      <w:pPr>
        <w:pStyle w:val="Balk1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t>4 Kayıtların güncelliği ve başvuru işlemleri</w:t>
      </w:r>
    </w:p>
    <w:p w14:paraId="304DE7BD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Segoe UI Symbol" w:hAnsi="Segoe UI Symbol" w:cs="Segoe UI Symbol"/>
          <w:sz w:val="24"/>
          <w:szCs w:val="24"/>
        </w:rPr>
        <w:t>☐</w:t>
      </w:r>
      <w:r w:rsidRPr="00C87620">
        <w:rPr>
          <w:rFonts w:ascii="Times New Roman" w:hAnsi="Times New Roman" w:cs="Times New Roman"/>
          <w:sz w:val="24"/>
          <w:szCs w:val="24"/>
        </w:rPr>
        <w:t xml:space="preserve"> YÖKSİS, AVESİS, BAPSİS ile ulusal ve uluslararası veri tabanlarındaki kayıtlarımızın, araştırmacı numaralarımızın ve bilgilerimizin eksiksiz ve güncel olduğunu beyan ederiz. Bu koşulu sağlamayan başvuruların değerlendirmeye alınmayacağını kabul ederiz.</w:t>
      </w:r>
    </w:p>
    <w:p w14:paraId="37C00F2F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Segoe UI Symbol" w:hAnsi="Segoe UI Symbol" w:cs="Segoe UI Symbol"/>
          <w:sz w:val="24"/>
          <w:szCs w:val="24"/>
        </w:rPr>
        <w:t>☐</w:t>
      </w:r>
      <w:r w:rsidRPr="00C87620">
        <w:rPr>
          <w:rFonts w:ascii="Times New Roman" w:hAnsi="Times New Roman" w:cs="Times New Roman"/>
          <w:sz w:val="24"/>
          <w:szCs w:val="24"/>
        </w:rPr>
        <w:t xml:space="preserve"> </w:t>
      </w:r>
      <w:r w:rsidRPr="00C87620">
        <w:rPr>
          <w:rFonts w:ascii="Times New Roman" w:hAnsi="Times New Roman" w:cs="Times New Roman"/>
          <w:sz w:val="24"/>
          <w:szCs w:val="24"/>
        </w:rPr>
        <w:t>ADEP başvuru ve değerlendirme sürecinde YÖK tarafından ek belge ve bilgi, yeni bir sisteme kayıt veya veri girişi istenebileceğini biliyoruz. Bildirilen sürelerde gerekli işlemleri tamamlayacağımızı taahhüt ederiz.</w:t>
      </w:r>
    </w:p>
    <w:p w14:paraId="5E136087" w14:textId="77777777" w:rsidR="00D728DF" w:rsidRPr="00C87620" w:rsidRDefault="009C3674" w:rsidP="00C87620">
      <w:pPr>
        <w:pStyle w:val="Balk1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t>5 Proje yürütme ve raporlama</w:t>
      </w:r>
    </w:p>
    <w:p w14:paraId="286B0ECF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Segoe UI Symbol" w:hAnsi="Segoe UI Symbol" w:cs="Segoe UI Symbol"/>
          <w:sz w:val="24"/>
          <w:szCs w:val="24"/>
        </w:rPr>
        <w:t>☐</w:t>
      </w:r>
      <w:r w:rsidRPr="00C87620">
        <w:rPr>
          <w:rFonts w:ascii="Times New Roman" w:hAnsi="Times New Roman" w:cs="Times New Roman"/>
          <w:sz w:val="24"/>
          <w:szCs w:val="24"/>
        </w:rPr>
        <w:t xml:space="preserve"> İş paketle</w:t>
      </w:r>
      <w:r w:rsidRPr="00C87620">
        <w:rPr>
          <w:rFonts w:ascii="Times New Roman" w:hAnsi="Times New Roman" w:cs="Times New Roman"/>
          <w:sz w:val="24"/>
          <w:szCs w:val="24"/>
        </w:rPr>
        <w:t>rini, alt görevleri, sorumluları, takvimi ve ölçülebilir çıktıları tanımladığımızı; bütçe kalemlerini proje amaçları ve iş paketleriyle ilişkilendirerek gerekçelendirdiğimizi beyan ederiz.</w:t>
      </w:r>
    </w:p>
    <w:p w14:paraId="2E23E707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Segoe UI Symbol" w:hAnsi="Segoe UI Symbol" w:cs="Segoe UI Symbol"/>
          <w:sz w:val="24"/>
          <w:szCs w:val="24"/>
        </w:rPr>
        <w:t>☐</w:t>
      </w:r>
      <w:r w:rsidRPr="00C87620">
        <w:rPr>
          <w:rFonts w:ascii="Times New Roman" w:hAnsi="Times New Roman" w:cs="Times New Roman"/>
          <w:sz w:val="24"/>
          <w:szCs w:val="24"/>
        </w:rPr>
        <w:t xml:space="preserve"> Proje amaçlarına uygun 5 adet somut ve ölçülebilir başarı kriteri</w:t>
      </w:r>
      <w:r w:rsidRPr="00C87620">
        <w:rPr>
          <w:rFonts w:ascii="Times New Roman" w:hAnsi="Times New Roman" w:cs="Times New Roman"/>
          <w:sz w:val="24"/>
          <w:szCs w:val="24"/>
        </w:rPr>
        <w:t>ni başvuruda tanımlayacağımızı ve proje sonunda doğrulayacağımızı taahhüt ederiz.</w:t>
      </w:r>
    </w:p>
    <w:p w14:paraId="3262CA7D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Segoe UI Symbol" w:hAnsi="Segoe UI Symbol" w:cs="Segoe UI Symbol"/>
          <w:sz w:val="24"/>
          <w:szCs w:val="24"/>
        </w:rPr>
        <w:t>☐</w:t>
      </w:r>
      <w:r w:rsidRPr="00C87620">
        <w:rPr>
          <w:rFonts w:ascii="Times New Roman" w:hAnsi="Times New Roman" w:cs="Times New Roman"/>
          <w:sz w:val="24"/>
          <w:szCs w:val="24"/>
        </w:rPr>
        <w:t xml:space="preserve"> 12 aydan uzun projelerde ilk ara raporu 12. ayda, sonrasında proje devam ettiği sürece her 6 ayda bir sunacağımızı ve ara raporları sunum şeklinde de gerçekleştireceğimizi taahhüt ederiz. 12 ay süreli projelerde ara rapor aranmadığını biliyoruz.</w:t>
      </w:r>
    </w:p>
    <w:p w14:paraId="12FEFA2D" w14:textId="77777777" w:rsidR="00D728DF" w:rsidRPr="00C87620" w:rsidRDefault="009C3674" w:rsidP="00C8762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br w:type="page"/>
      </w:r>
    </w:p>
    <w:p w14:paraId="5AD03EE0" w14:textId="77777777" w:rsidR="00D728DF" w:rsidRPr="00C87620" w:rsidRDefault="009C3674" w:rsidP="00C87620">
      <w:pPr>
        <w:pStyle w:val="Balk1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lastRenderedPageBreak/>
        <w:t>6 Bekle</w:t>
      </w:r>
      <w:r w:rsidRPr="00C87620">
        <w:rPr>
          <w:rFonts w:ascii="Times New Roman" w:hAnsi="Times New Roman" w:cs="Times New Roman"/>
          <w:sz w:val="24"/>
          <w:szCs w:val="24"/>
        </w:rPr>
        <w:t>nen proje çıktıları ve taahhütler</w:t>
      </w:r>
    </w:p>
    <w:p w14:paraId="02090FDD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t>Başvurulan proje türünde yayın şartı ile yayına ek çıktı şartı birlikte sağlanır. Yayına ek çıktı seçeneklerinden en az biri işaretlenir. Çıktılar proje devam ederken ve/veya proje kapanışını izleyen en geç 2 yıl içinde ta</w:t>
      </w:r>
      <w:r w:rsidRPr="00C87620">
        <w:rPr>
          <w:rFonts w:ascii="Times New Roman" w:hAnsi="Times New Roman" w:cs="Times New Roman"/>
          <w:sz w:val="24"/>
          <w:szCs w:val="24"/>
        </w:rPr>
        <w:t>mamlanır.</w:t>
      </w:r>
    </w:p>
    <w:p w14:paraId="30B247C2" w14:textId="77777777" w:rsidR="00D728DF" w:rsidRPr="00C87620" w:rsidRDefault="009C3674" w:rsidP="00C87620">
      <w:pPr>
        <w:pStyle w:val="Balk1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t>ADEP 1</w:t>
      </w:r>
    </w:p>
    <w:p w14:paraId="4277B957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Segoe UI Symbol" w:hAnsi="Segoe UI Symbol" w:cs="Segoe UI Symbol"/>
          <w:sz w:val="24"/>
          <w:szCs w:val="24"/>
        </w:rPr>
        <w:t>☐</w:t>
      </w:r>
      <w:r w:rsidRPr="00C87620">
        <w:rPr>
          <w:rFonts w:ascii="Times New Roman" w:hAnsi="Times New Roman" w:cs="Times New Roman"/>
          <w:sz w:val="24"/>
          <w:szCs w:val="24"/>
        </w:rPr>
        <w:t xml:space="preserve"> 1 adet Q1 yayın yapacağımızı taahhüt ederiz.</w:t>
      </w:r>
    </w:p>
    <w:p w14:paraId="060E239D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b/>
          <w:sz w:val="24"/>
          <w:szCs w:val="24"/>
        </w:rPr>
        <w:t>Yayına ek olarak aşağıdakilerden en az birini taahhüt ederiz:</w:t>
      </w:r>
    </w:p>
    <w:p w14:paraId="6778EBD0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Segoe UI Symbol" w:hAnsi="Segoe UI Symbol" w:cs="Segoe UI Symbol"/>
          <w:sz w:val="24"/>
          <w:szCs w:val="24"/>
        </w:rPr>
        <w:t>☐</w:t>
      </w:r>
      <w:r w:rsidRPr="00C87620">
        <w:rPr>
          <w:rFonts w:ascii="Times New Roman" w:hAnsi="Times New Roman" w:cs="Times New Roman"/>
          <w:sz w:val="24"/>
          <w:szCs w:val="24"/>
        </w:rPr>
        <w:t xml:space="preserve"> Dış kaynaklı proje başvurusu yapacağız.</w:t>
      </w:r>
    </w:p>
    <w:p w14:paraId="24FB8A18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Segoe UI Symbol" w:hAnsi="Segoe UI Symbol" w:cs="Segoe UI Symbol"/>
          <w:sz w:val="24"/>
          <w:szCs w:val="24"/>
        </w:rPr>
        <w:t>☐</w:t>
      </w:r>
      <w:r w:rsidRPr="00C87620">
        <w:rPr>
          <w:rFonts w:ascii="Times New Roman" w:hAnsi="Times New Roman" w:cs="Times New Roman"/>
          <w:sz w:val="24"/>
          <w:szCs w:val="24"/>
        </w:rPr>
        <w:t xml:space="preserve"> Patent veya faydalı model başvurusu yapacağız.</w:t>
      </w:r>
    </w:p>
    <w:p w14:paraId="60ED740A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Segoe UI Symbol" w:hAnsi="Segoe UI Symbol" w:cs="Segoe UI Symbol"/>
          <w:sz w:val="24"/>
          <w:szCs w:val="24"/>
        </w:rPr>
        <w:t>☐</w:t>
      </w:r>
      <w:r w:rsidRPr="00C87620">
        <w:rPr>
          <w:rFonts w:ascii="Times New Roman" w:hAnsi="Times New Roman" w:cs="Times New Roman"/>
          <w:sz w:val="24"/>
          <w:szCs w:val="24"/>
        </w:rPr>
        <w:t xml:space="preserve"> Sosyal bilimlerde politika belgesi ha</w:t>
      </w:r>
      <w:r w:rsidRPr="00C87620">
        <w:rPr>
          <w:rFonts w:ascii="Times New Roman" w:hAnsi="Times New Roman" w:cs="Times New Roman"/>
          <w:sz w:val="24"/>
          <w:szCs w:val="24"/>
        </w:rPr>
        <w:t>zırlayacağız.</w:t>
      </w:r>
    </w:p>
    <w:p w14:paraId="10897BC0" w14:textId="77777777" w:rsidR="00D728DF" w:rsidRPr="00C87620" w:rsidRDefault="009C3674" w:rsidP="00C87620">
      <w:pPr>
        <w:pStyle w:val="Balk1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t>ADEP 2</w:t>
      </w:r>
    </w:p>
    <w:p w14:paraId="055D3F9B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Segoe UI Symbol" w:hAnsi="Segoe UI Symbol" w:cs="Segoe UI Symbol"/>
          <w:sz w:val="24"/>
          <w:szCs w:val="24"/>
        </w:rPr>
        <w:t>☐</w:t>
      </w:r>
      <w:r w:rsidRPr="00C87620">
        <w:rPr>
          <w:rFonts w:ascii="Times New Roman" w:hAnsi="Times New Roman" w:cs="Times New Roman"/>
          <w:sz w:val="24"/>
          <w:szCs w:val="24"/>
        </w:rPr>
        <w:t xml:space="preserve"> İlk %10’luk dilimde 1 adet Q1 yayın ve 1 adet Q1/Q2 yayın yapacağımızı taahhüt ederiz.</w:t>
      </w:r>
    </w:p>
    <w:p w14:paraId="655DE264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b/>
          <w:sz w:val="24"/>
          <w:szCs w:val="24"/>
        </w:rPr>
        <w:t>Yayına ek olarak aşağıdakilerden en az birini taahhüt ederiz:</w:t>
      </w:r>
    </w:p>
    <w:p w14:paraId="5DC3024C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Segoe UI Symbol" w:hAnsi="Segoe UI Symbol" w:cs="Segoe UI Symbol"/>
          <w:sz w:val="24"/>
          <w:szCs w:val="24"/>
        </w:rPr>
        <w:t>☐</w:t>
      </w:r>
      <w:r w:rsidRPr="00C87620">
        <w:rPr>
          <w:rFonts w:ascii="Times New Roman" w:hAnsi="Times New Roman" w:cs="Times New Roman"/>
          <w:sz w:val="24"/>
          <w:szCs w:val="24"/>
        </w:rPr>
        <w:t xml:space="preserve"> Desteklenen ADEP projesinin bütçesine eşdeğer nitelikli ulusal veya uluslararası proje kabulü sağlayacağız.</w:t>
      </w:r>
    </w:p>
    <w:p w14:paraId="1D3C1400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Segoe UI Symbol" w:hAnsi="Segoe UI Symbol" w:cs="Segoe UI Symbol"/>
          <w:sz w:val="24"/>
          <w:szCs w:val="24"/>
        </w:rPr>
        <w:t>☐</w:t>
      </w:r>
      <w:r w:rsidRPr="00C87620">
        <w:rPr>
          <w:rFonts w:ascii="Times New Roman" w:hAnsi="Times New Roman" w:cs="Times New Roman"/>
          <w:sz w:val="24"/>
          <w:szCs w:val="24"/>
        </w:rPr>
        <w:t xml:space="preserve"> Patent veya faydalı model tescili sağlayacağız.</w:t>
      </w:r>
    </w:p>
    <w:p w14:paraId="24D7F72E" w14:textId="77777777" w:rsidR="00D728DF" w:rsidRPr="00C87620" w:rsidRDefault="009C3674" w:rsidP="00C87620">
      <w:pPr>
        <w:pStyle w:val="Balk1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t>ADEP 3</w:t>
      </w:r>
    </w:p>
    <w:p w14:paraId="0C325583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Segoe UI Symbol" w:hAnsi="Segoe UI Symbol" w:cs="Segoe UI Symbol"/>
          <w:sz w:val="24"/>
          <w:szCs w:val="24"/>
        </w:rPr>
        <w:t>☐</w:t>
      </w:r>
      <w:r w:rsidRPr="00C87620">
        <w:rPr>
          <w:rFonts w:ascii="Times New Roman" w:hAnsi="Times New Roman" w:cs="Times New Roman"/>
          <w:sz w:val="24"/>
          <w:szCs w:val="24"/>
        </w:rPr>
        <w:t xml:space="preserve"> İlk %10’luk dilimde 1 adet Q1 yayın ve 2 adet Q1/Q2 yayın yapacağımızı taahhüt ederiz.</w:t>
      </w:r>
    </w:p>
    <w:p w14:paraId="0207461B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b/>
          <w:sz w:val="24"/>
          <w:szCs w:val="24"/>
        </w:rPr>
        <w:t>Y</w:t>
      </w:r>
      <w:r w:rsidRPr="00C87620">
        <w:rPr>
          <w:rFonts w:ascii="Times New Roman" w:hAnsi="Times New Roman" w:cs="Times New Roman"/>
          <w:b/>
          <w:sz w:val="24"/>
          <w:szCs w:val="24"/>
        </w:rPr>
        <w:t>ayına ek olarak aşağıdakilerden en az birini taahhüt ederiz:</w:t>
      </w:r>
    </w:p>
    <w:p w14:paraId="6C19202B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Segoe UI Symbol" w:hAnsi="Segoe UI Symbol" w:cs="Segoe UI Symbol"/>
          <w:sz w:val="24"/>
          <w:szCs w:val="24"/>
        </w:rPr>
        <w:t>☐</w:t>
      </w:r>
      <w:r w:rsidRPr="00C87620">
        <w:rPr>
          <w:rFonts w:ascii="Times New Roman" w:hAnsi="Times New Roman" w:cs="Times New Roman"/>
          <w:sz w:val="24"/>
          <w:szCs w:val="24"/>
        </w:rPr>
        <w:t xml:space="preserve"> Desteklenen ADEP projesinin bütçesine eşdeğer nitelikli ulusal veya uluslararası proje kabulü sağlayacağız.</w:t>
      </w:r>
    </w:p>
    <w:p w14:paraId="1AF411D4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Segoe UI Symbol" w:hAnsi="Segoe UI Symbol" w:cs="Segoe UI Symbol"/>
          <w:sz w:val="24"/>
          <w:szCs w:val="24"/>
        </w:rPr>
        <w:t>☐</w:t>
      </w:r>
      <w:r w:rsidRPr="00C87620">
        <w:rPr>
          <w:rFonts w:ascii="Times New Roman" w:hAnsi="Times New Roman" w:cs="Times New Roman"/>
          <w:sz w:val="24"/>
          <w:szCs w:val="24"/>
        </w:rPr>
        <w:t xml:space="preserve"> Patent veya faydalı model tescili sağlayacağız.</w:t>
      </w:r>
    </w:p>
    <w:p w14:paraId="205CB454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b/>
          <w:sz w:val="24"/>
          <w:szCs w:val="24"/>
        </w:rPr>
        <w:t>ADEP 2 ve ADEP 3’te 1 adet patent t</w:t>
      </w:r>
      <w:r w:rsidRPr="00C87620">
        <w:rPr>
          <w:rFonts w:ascii="Times New Roman" w:hAnsi="Times New Roman" w:cs="Times New Roman"/>
          <w:b/>
          <w:sz w:val="24"/>
          <w:szCs w:val="24"/>
        </w:rPr>
        <w:t>escili, ilk %10’luk dilimdeki 1 adet Q1 yayın şartının yerine geçer. Diğer yayın ve yayına ek çıktı koşulları korunur.</w:t>
      </w:r>
    </w:p>
    <w:p w14:paraId="1F7ECAD7" w14:textId="77777777" w:rsidR="00D728DF" w:rsidRPr="00C87620" w:rsidRDefault="009C3674" w:rsidP="00C87620">
      <w:pPr>
        <w:pStyle w:val="Balk1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t>Üniversitenin araştırma performansına katkı</w:t>
      </w:r>
    </w:p>
    <w:p w14:paraId="5E386927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t>Taahhüt edilen çıktıların üniversitenin araştırma performansına katkısını açıklayınız.</w:t>
      </w:r>
    </w:p>
    <w:p w14:paraId="3526EF36" w14:textId="77777777" w:rsidR="00D728DF" w:rsidRPr="00C87620" w:rsidRDefault="009C3674" w:rsidP="00C8762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t>......</w:t>
      </w:r>
      <w:r w:rsidRPr="00C8762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</w:t>
      </w:r>
    </w:p>
    <w:p w14:paraId="31B3AFA1" w14:textId="77777777" w:rsidR="00D728DF" w:rsidRPr="00C87620" w:rsidRDefault="009C3674" w:rsidP="00C8762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</w:t>
      </w:r>
      <w:r w:rsidRPr="00C87620">
        <w:rPr>
          <w:rFonts w:ascii="Times New Roman" w:hAnsi="Times New Roman" w:cs="Times New Roman"/>
          <w:sz w:val="24"/>
          <w:szCs w:val="24"/>
        </w:rPr>
        <w:t>...........</w:t>
      </w:r>
    </w:p>
    <w:p w14:paraId="55657221" w14:textId="77777777" w:rsidR="00D728DF" w:rsidRPr="00C87620" w:rsidRDefault="009C3674" w:rsidP="00C8762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2FD83022" w14:textId="77777777" w:rsidR="00D728DF" w:rsidRPr="00C87620" w:rsidRDefault="009C3674" w:rsidP="00C8762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br w:type="page"/>
      </w:r>
    </w:p>
    <w:p w14:paraId="13BB6185" w14:textId="77777777" w:rsidR="00D728DF" w:rsidRPr="00C87620" w:rsidRDefault="009C3674" w:rsidP="00C87620">
      <w:pPr>
        <w:pStyle w:val="Balk1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lastRenderedPageBreak/>
        <w:t>7 Fikri ve sınai mülkiyet ile diğer çıktı taahhütleri</w:t>
      </w:r>
    </w:p>
    <w:p w14:paraId="1698E4A4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t xml:space="preserve">Patent, faydalı model veya diğer tescile konu </w:t>
      </w:r>
      <w:r w:rsidRPr="00C87620">
        <w:rPr>
          <w:rFonts w:ascii="Times New Roman" w:hAnsi="Times New Roman" w:cs="Times New Roman"/>
          <w:sz w:val="24"/>
          <w:szCs w:val="24"/>
        </w:rPr>
        <w:t>olabilecek buluşlara ilişkin planınızı açıklayınız.</w:t>
      </w:r>
    </w:p>
    <w:p w14:paraId="02881956" w14:textId="77777777" w:rsidR="00D728DF" w:rsidRPr="00C87620" w:rsidRDefault="009C3674" w:rsidP="00C8762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3A409CBC" w14:textId="77777777" w:rsidR="00D728DF" w:rsidRPr="00C87620" w:rsidRDefault="009C3674" w:rsidP="00C8762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t>...................................................................</w:t>
      </w:r>
      <w:r w:rsidRPr="00C87620">
        <w:rPr>
          <w:rFonts w:ascii="Times New Roman" w:hAnsi="Times New Roman" w:cs="Times New Roman"/>
          <w:sz w:val="24"/>
          <w:szCs w:val="24"/>
        </w:rPr>
        <w:t>.....................................................................</w:t>
      </w:r>
    </w:p>
    <w:p w14:paraId="5BC99D62" w14:textId="77777777" w:rsidR="00D728DF" w:rsidRPr="00C87620" w:rsidRDefault="009C3674" w:rsidP="00C8762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60A79536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t>Varsa ilave akademik çıktıları, ulusal ve uluslar</w:t>
      </w:r>
      <w:r w:rsidRPr="00C87620">
        <w:rPr>
          <w:rFonts w:ascii="Times New Roman" w:hAnsi="Times New Roman" w:cs="Times New Roman"/>
          <w:sz w:val="24"/>
          <w:szCs w:val="24"/>
        </w:rPr>
        <w:t>arası iş birliği çıktılarını ve diğer faaliyet taahhütlerini belirtiniz.</w:t>
      </w:r>
    </w:p>
    <w:p w14:paraId="181425F1" w14:textId="77777777" w:rsidR="00D728DF" w:rsidRPr="00C87620" w:rsidRDefault="009C3674" w:rsidP="00C8762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5800428D" w14:textId="77777777" w:rsidR="00D728DF" w:rsidRPr="00C87620" w:rsidRDefault="009C3674" w:rsidP="00C8762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t>..............................................</w:t>
      </w:r>
      <w:r w:rsidRPr="00C8762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</w:t>
      </w:r>
    </w:p>
    <w:p w14:paraId="1D05F750" w14:textId="77777777" w:rsidR="00D728DF" w:rsidRPr="00C87620" w:rsidRDefault="009C3674" w:rsidP="00C8762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08ED749C" w14:textId="77777777" w:rsidR="00D728DF" w:rsidRPr="00C87620" w:rsidRDefault="009C3674" w:rsidP="00C87620">
      <w:pPr>
        <w:pStyle w:val="Balk1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t>8 YÖK somut çıktı göstergele</w:t>
      </w:r>
      <w:r w:rsidRPr="00C87620">
        <w:rPr>
          <w:rFonts w:ascii="Times New Roman" w:hAnsi="Times New Roman" w:cs="Times New Roman"/>
          <w:sz w:val="24"/>
          <w:szCs w:val="24"/>
        </w:rPr>
        <w:t>ri ve taahhütleri</w:t>
      </w:r>
    </w:p>
    <w:p w14:paraId="189F2F29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t>Aşağıdaki göstergeler ve taahhütler için uygun Evet veya Hayır seçeneğini işaretleyiniz.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8277"/>
        <w:gridCol w:w="794"/>
        <w:gridCol w:w="794"/>
      </w:tblGrid>
      <w:tr w:rsidR="00D728DF" w:rsidRPr="00C87620" w14:paraId="56437B71" w14:textId="77777777">
        <w:trPr>
          <w:cantSplit/>
          <w:tblHeader/>
          <w:jc w:val="center"/>
        </w:trPr>
        <w:tc>
          <w:tcPr>
            <w:tcW w:w="8277" w:type="dxa"/>
            <w:shd w:val="clear" w:color="auto" w:fill="E9ED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E0EAFF" w14:textId="77777777" w:rsidR="00D728DF" w:rsidRPr="00C87620" w:rsidRDefault="009C3674" w:rsidP="00C87620">
            <w:pPr>
              <w:spacing w:before="20" w:after="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b/>
                <w:sz w:val="24"/>
                <w:szCs w:val="24"/>
              </w:rPr>
              <w:t>Gösterge veya taahhüt</w:t>
            </w:r>
          </w:p>
        </w:tc>
        <w:tc>
          <w:tcPr>
            <w:tcW w:w="794" w:type="dxa"/>
            <w:shd w:val="clear" w:color="auto" w:fill="E9ED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A40DD5" w14:textId="77777777" w:rsidR="00D728DF" w:rsidRPr="00C87620" w:rsidRDefault="009C3674" w:rsidP="00C87620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b/>
                <w:sz w:val="24"/>
                <w:szCs w:val="24"/>
              </w:rPr>
              <w:t>Evet</w:t>
            </w:r>
          </w:p>
        </w:tc>
        <w:tc>
          <w:tcPr>
            <w:tcW w:w="794" w:type="dxa"/>
            <w:shd w:val="clear" w:color="auto" w:fill="E9ED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B36C03" w14:textId="77777777" w:rsidR="00D728DF" w:rsidRPr="00C87620" w:rsidRDefault="009C3674" w:rsidP="00C87620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b/>
                <w:sz w:val="24"/>
                <w:szCs w:val="24"/>
              </w:rPr>
              <w:t>Hayır</w:t>
            </w:r>
          </w:p>
        </w:tc>
      </w:tr>
      <w:tr w:rsidR="00D728DF" w:rsidRPr="00C87620" w14:paraId="3302516C" w14:textId="77777777">
        <w:trPr>
          <w:cantSplit/>
          <w:jc w:val="center"/>
        </w:trPr>
        <w:tc>
          <w:tcPr>
            <w:tcW w:w="9865" w:type="dxa"/>
            <w:gridSpan w:val="3"/>
            <w:shd w:val="clear" w:color="auto" w:fill="E9ED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E37B69" w14:textId="77777777" w:rsidR="00D728DF" w:rsidRPr="00C87620" w:rsidRDefault="009C3674" w:rsidP="00C87620">
            <w:pPr>
              <w:keepNext/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b/>
                <w:sz w:val="24"/>
                <w:szCs w:val="24"/>
              </w:rPr>
              <w:t>Projede insan kaynağı göstergeleri</w:t>
            </w:r>
          </w:p>
        </w:tc>
      </w:tr>
      <w:tr w:rsidR="00D728DF" w:rsidRPr="00C87620" w14:paraId="3C07FBF7" w14:textId="77777777">
        <w:trPr>
          <w:cantSplit/>
          <w:jc w:val="center"/>
        </w:trPr>
        <w:tc>
          <w:tcPr>
            <w:tcW w:w="82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FA73D3" w14:textId="77777777" w:rsidR="00D728DF" w:rsidRPr="00C87620" w:rsidRDefault="009C3674" w:rsidP="00C87620">
            <w:pPr>
              <w:spacing w:before="20" w:after="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 xml:space="preserve">Projede bursiyer veya araştırmacı statüsünde lisans ve lisansüstü </w:t>
            </w: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>öğrencilerin görev alma durumu.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3A4C73" w14:textId="77777777" w:rsidR="00D728DF" w:rsidRPr="00C87620" w:rsidRDefault="009C3674" w:rsidP="00C87620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93E012" w14:textId="77777777" w:rsidR="00D728DF" w:rsidRPr="00C87620" w:rsidRDefault="009C3674" w:rsidP="00C87620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D728DF" w:rsidRPr="00C87620" w14:paraId="0A364DA5" w14:textId="77777777">
        <w:trPr>
          <w:cantSplit/>
          <w:jc w:val="center"/>
        </w:trPr>
        <w:tc>
          <w:tcPr>
            <w:tcW w:w="82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59FC03" w14:textId="77777777" w:rsidR="00D728DF" w:rsidRPr="00C87620" w:rsidRDefault="009C3674" w:rsidP="00C87620">
            <w:pPr>
              <w:spacing w:before="20" w:after="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>Proje kapsamında yer alan öğrencilere staj / saha deneyimi fırsatlarının sunulması.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25CB4B" w14:textId="77777777" w:rsidR="00D728DF" w:rsidRPr="00C87620" w:rsidRDefault="009C3674" w:rsidP="00C87620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F4CBAC" w14:textId="77777777" w:rsidR="00D728DF" w:rsidRPr="00C87620" w:rsidRDefault="009C3674" w:rsidP="00C87620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D728DF" w:rsidRPr="00C87620" w14:paraId="16ABFB61" w14:textId="77777777">
        <w:trPr>
          <w:cantSplit/>
          <w:jc w:val="center"/>
        </w:trPr>
        <w:tc>
          <w:tcPr>
            <w:tcW w:w="82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4D6358" w14:textId="77777777" w:rsidR="00D728DF" w:rsidRPr="00C87620" w:rsidRDefault="009C3674" w:rsidP="00C87620">
            <w:pPr>
              <w:spacing w:before="20" w:after="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 xml:space="preserve">Proje kapsamında yer alan öğrencilerin istihdam (üniversitelerde, kamuda, özel sektörde çalışma) ve akademik kariyer </w:t>
            </w: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>gelişim potansiyelleri.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E90DD9" w14:textId="77777777" w:rsidR="00D728DF" w:rsidRPr="00C87620" w:rsidRDefault="009C3674" w:rsidP="00C87620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C5005E" w14:textId="77777777" w:rsidR="00D728DF" w:rsidRPr="00C87620" w:rsidRDefault="009C3674" w:rsidP="00C87620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D728DF" w:rsidRPr="00C87620" w14:paraId="792E3789" w14:textId="77777777">
        <w:trPr>
          <w:cantSplit/>
          <w:jc w:val="center"/>
        </w:trPr>
        <w:tc>
          <w:tcPr>
            <w:tcW w:w="82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D77AFF" w14:textId="77777777" w:rsidR="00D728DF" w:rsidRPr="00C87620" w:rsidRDefault="009C3674" w:rsidP="00C87620">
            <w:pPr>
              <w:spacing w:before="20" w:after="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>Proje kapsamında yer alan öğrencilere uluslararası hareketlilik ve yurt dışı araştırma deneyimi fırsatlarının sunulması.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9682C6" w14:textId="77777777" w:rsidR="00D728DF" w:rsidRPr="00C87620" w:rsidRDefault="009C3674" w:rsidP="00C87620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239C41" w14:textId="77777777" w:rsidR="00D728DF" w:rsidRPr="00C87620" w:rsidRDefault="009C3674" w:rsidP="00C87620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D728DF" w:rsidRPr="00C87620" w14:paraId="3CC46269" w14:textId="77777777">
        <w:trPr>
          <w:cantSplit/>
          <w:jc w:val="center"/>
        </w:trPr>
        <w:tc>
          <w:tcPr>
            <w:tcW w:w="9865" w:type="dxa"/>
            <w:gridSpan w:val="3"/>
            <w:shd w:val="clear" w:color="auto" w:fill="E9ED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157F5F" w14:textId="77777777" w:rsidR="00D728DF" w:rsidRPr="00C87620" w:rsidRDefault="009C3674" w:rsidP="00C87620">
            <w:pPr>
              <w:keepNext/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b/>
                <w:sz w:val="24"/>
                <w:szCs w:val="24"/>
              </w:rPr>
              <w:t>Projede uluslararası araştırmacı katılımı</w:t>
            </w:r>
          </w:p>
        </w:tc>
      </w:tr>
      <w:tr w:rsidR="00D728DF" w:rsidRPr="00C87620" w14:paraId="2B73AD97" w14:textId="77777777">
        <w:trPr>
          <w:cantSplit/>
          <w:jc w:val="center"/>
        </w:trPr>
        <w:tc>
          <w:tcPr>
            <w:tcW w:w="82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003C92" w14:textId="77777777" w:rsidR="00D728DF" w:rsidRPr="00C87620" w:rsidRDefault="009C3674" w:rsidP="00C87620">
            <w:pPr>
              <w:spacing w:before="20" w:after="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 xml:space="preserve">Projede uluslararası araştırmacının / </w:t>
            </w: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>araştırmacıların bulunma durumu.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20927F" w14:textId="77777777" w:rsidR="00D728DF" w:rsidRPr="00C87620" w:rsidRDefault="009C3674" w:rsidP="00C87620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A0C35D" w14:textId="77777777" w:rsidR="00D728DF" w:rsidRPr="00C87620" w:rsidRDefault="009C3674" w:rsidP="00C87620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D728DF" w:rsidRPr="00C87620" w14:paraId="4E295995" w14:textId="77777777">
        <w:trPr>
          <w:cantSplit/>
          <w:jc w:val="center"/>
        </w:trPr>
        <w:tc>
          <w:tcPr>
            <w:tcW w:w="9865" w:type="dxa"/>
            <w:gridSpan w:val="3"/>
            <w:shd w:val="clear" w:color="auto" w:fill="E9ED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D7356D" w14:textId="77777777" w:rsidR="00D728DF" w:rsidRPr="00C87620" w:rsidRDefault="009C3674" w:rsidP="00C87620">
            <w:pPr>
              <w:keepNext/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b/>
                <w:sz w:val="24"/>
                <w:szCs w:val="24"/>
              </w:rPr>
              <w:t>Projenin nitelikli bilimsel yayına dönüşümü</w:t>
            </w:r>
          </w:p>
        </w:tc>
      </w:tr>
      <w:tr w:rsidR="00D728DF" w:rsidRPr="00C87620" w14:paraId="7CC592AA" w14:textId="77777777">
        <w:trPr>
          <w:cantSplit/>
          <w:jc w:val="center"/>
        </w:trPr>
        <w:tc>
          <w:tcPr>
            <w:tcW w:w="82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5E91CE" w14:textId="77777777" w:rsidR="00D728DF" w:rsidRPr="00C87620" w:rsidRDefault="009C3674" w:rsidP="00C87620">
            <w:pPr>
              <w:spacing w:before="20" w:after="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>ADEP projesi tamamlandıktan sonra en geç 2 yıl içerisinde projemin çıktılarını %10’luk dilimde atıf alan yayına dönüştüreceğimi taahhüt ederim.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0C5C28" w14:textId="77777777" w:rsidR="00D728DF" w:rsidRPr="00C87620" w:rsidRDefault="009C3674" w:rsidP="00C87620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385FF2" w14:textId="77777777" w:rsidR="00D728DF" w:rsidRPr="00C87620" w:rsidRDefault="009C3674" w:rsidP="00C87620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D728DF" w:rsidRPr="00C87620" w14:paraId="1068DDD4" w14:textId="77777777">
        <w:trPr>
          <w:cantSplit/>
          <w:jc w:val="center"/>
        </w:trPr>
        <w:tc>
          <w:tcPr>
            <w:tcW w:w="82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987619" w14:textId="77777777" w:rsidR="00D728DF" w:rsidRPr="00C87620" w:rsidRDefault="009C3674" w:rsidP="00C87620">
            <w:pPr>
              <w:spacing w:before="20" w:after="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 xml:space="preserve">ADEP projesi </w:t>
            </w: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>tamamlandıktan sonra en geç 2 yıl içerisinde projemin çıktılarını %50’lik dilime giren (Q1+Q2) (tüm indekslerde) yayına dönüştüreceğimi taahhüt ederim.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F77E1D" w14:textId="77777777" w:rsidR="00D728DF" w:rsidRPr="00C87620" w:rsidRDefault="009C3674" w:rsidP="00C87620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AE00FE" w14:textId="77777777" w:rsidR="00D728DF" w:rsidRPr="00C87620" w:rsidRDefault="009C3674" w:rsidP="00C87620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D728DF" w:rsidRPr="00C87620" w14:paraId="074322DD" w14:textId="77777777">
        <w:trPr>
          <w:cantSplit/>
          <w:jc w:val="center"/>
        </w:trPr>
        <w:tc>
          <w:tcPr>
            <w:tcW w:w="82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12C16B" w14:textId="77777777" w:rsidR="00D728DF" w:rsidRPr="00C87620" w:rsidRDefault="009C3674" w:rsidP="00C87620">
            <w:pPr>
              <w:spacing w:before="20" w:after="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>ADEP projesi tamamlandıktan sonra en geç 2 yıl içerisinde projemin çıktılarını üniversite–üniversit</w:t>
            </w: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>e iş birlikli yayına dönüştüreceğimi taahhüt ederim.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92F093" w14:textId="77777777" w:rsidR="00D728DF" w:rsidRPr="00C87620" w:rsidRDefault="009C3674" w:rsidP="00C87620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2414E9" w14:textId="77777777" w:rsidR="00D728DF" w:rsidRPr="00C87620" w:rsidRDefault="009C3674" w:rsidP="00C87620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D728DF" w:rsidRPr="00C87620" w14:paraId="112041D2" w14:textId="77777777">
        <w:trPr>
          <w:cantSplit/>
          <w:jc w:val="center"/>
        </w:trPr>
        <w:tc>
          <w:tcPr>
            <w:tcW w:w="82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9D2132" w14:textId="77777777" w:rsidR="00D728DF" w:rsidRPr="00C87620" w:rsidRDefault="009C3674" w:rsidP="00C87620">
            <w:pPr>
              <w:spacing w:before="20" w:after="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>ADEP projesi tamamlandıktan sonra en geç 2 yıl içerisinde projemin çıktılarını üniversite–iş dünyası iş birlikli yayına dönüştüreceğimi taahhüt ederim.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0F5BBF" w14:textId="77777777" w:rsidR="00D728DF" w:rsidRPr="00C87620" w:rsidRDefault="009C3674" w:rsidP="00C87620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3F8D66" w14:textId="77777777" w:rsidR="00D728DF" w:rsidRPr="00C87620" w:rsidRDefault="009C3674" w:rsidP="00C87620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D728DF" w:rsidRPr="00C87620" w14:paraId="0533B340" w14:textId="77777777">
        <w:trPr>
          <w:cantSplit/>
          <w:jc w:val="center"/>
        </w:trPr>
        <w:tc>
          <w:tcPr>
            <w:tcW w:w="82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89DEDF" w14:textId="77777777" w:rsidR="00D728DF" w:rsidRPr="00C87620" w:rsidRDefault="009C3674" w:rsidP="00C87620">
            <w:pPr>
              <w:spacing w:before="20" w:after="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 xml:space="preserve">ADEP projesi tamamlandıktan sonra en </w:t>
            </w: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>geç 2 yıl içerisinde projemin çıktılarını uluslararası iş birlikli yayına dönüştüreceğimi taahhüt ederim.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37D2B9" w14:textId="77777777" w:rsidR="00D728DF" w:rsidRPr="00C87620" w:rsidRDefault="009C3674" w:rsidP="00C87620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9BE882" w14:textId="77777777" w:rsidR="00D728DF" w:rsidRPr="00C87620" w:rsidRDefault="009C3674" w:rsidP="00C87620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D728DF" w:rsidRPr="00C87620" w14:paraId="0C6CBBBB" w14:textId="77777777">
        <w:trPr>
          <w:cantSplit/>
          <w:jc w:val="center"/>
        </w:trPr>
        <w:tc>
          <w:tcPr>
            <w:tcW w:w="9865" w:type="dxa"/>
            <w:gridSpan w:val="3"/>
            <w:shd w:val="clear" w:color="auto" w:fill="E9ED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7040A5" w14:textId="77777777" w:rsidR="00D728DF" w:rsidRPr="00C87620" w:rsidRDefault="009C3674" w:rsidP="00C87620">
            <w:pPr>
              <w:keepNext/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Proje teklifinin devamı niteliğinde yeni ulusal ve uluslararası proje üretme</w:t>
            </w:r>
          </w:p>
        </w:tc>
      </w:tr>
      <w:tr w:rsidR="00D728DF" w:rsidRPr="00C87620" w14:paraId="5BB49F88" w14:textId="77777777">
        <w:trPr>
          <w:cantSplit/>
          <w:jc w:val="center"/>
        </w:trPr>
        <w:tc>
          <w:tcPr>
            <w:tcW w:w="82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6ABAD8" w14:textId="77777777" w:rsidR="00D728DF" w:rsidRPr="00C87620" w:rsidRDefault="009C3674" w:rsidP="00C87620">
            <w:pPr>
              <w:spacing w:before="20" w:after="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 xml:space="preserve">ADEP projesi tamamlandıktan sonra en geç 2 yıl içerisinde </w:t>
            </w: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>proje konusu ile ilgili yeni ulusal bir proje üreteceğimi taahhüt ederim.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8EB601" w14:textId="77777777" w:rsidR="00D728DF" w:rsidRPr="00C87620" w:rsidRDefault="009C3674" w:rsidP="00C87620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E90D6B" w14:textId="77777777" w:rsidR="00D728DF" w:rsidRPr="00C87620" w:rsidRDefault="009C3674" w:rsidP="00C87620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D728DF" w:rsidRPr="00C87620" w14:paraId="5D38901A" w14:textId="77777777">
        <w:trPr>
          <w:cantSplit/>
          <w:jc w:val="center"/>
        </w:trPr>
        <w:tc>
          <w:tcPr>
            <w:tcW w:w="82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590032" w14:textId="77777777" w:rsidR="00D728DF" w:rsidRPr="00C87620" w:rsidRDefault="009C3674" w:rsidP="00C87620">
            <w:pPr>
              <w:spacing w:before="20" w:after="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>ADEP projesi tamamlandıktan sonra en geç 2 yıl içerisinde proje konusu ile ilgili yeni uluslararası bir proje üreteceğimi taahhüt ederim.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694532" w14:textId="77777777" w:rsidR="00D728DF" w:rsidRPr="00C87620" w:rsidRDefault="009C3674" w:rsidP="00C87620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90707F" w14:textId="77777777" w:rsidR="00D728DF" w:rsidRPr="00C87620" w:rsidRDefault="009C3674" w:rsidP="00C87620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D728DF" w:rsidRPr="00C87620" w14:paraId="51AA64E5" w14:textId="77777777">
        <w:trPr>
          <w:cantSplit/>
          <w:jc w:val="center"/>
        </w:trPr>
        <w:tc>
          <w:tcPr>
            <w:tcW w:w="9865" w:type="dxa"/>
            <w:gridSpan w:val="3"/>
            <w:shd w:val="clear" w:color="auto" w:fill="E9ED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FD18B9" w14:textId="77777777" w:rsidR="00D728DF" w:rsidRPr="00C87620" w:rsidRDefault="009C3674" w:rsidP="00C87620">
            <w:pPr>
              <w:keepNext/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Bilgi ve teknolojinin </w:t>
            </w:r>
            <w:r w:rsidRPr="00C87620">
              <w:rPr>
                <w:rFonts w:ascii="Times New Roman" w:hAnsi="Times New Roman" w:cs="Times New Roman"/>
                <w:b/>
                <w:sz w:val="24"/>
                <w:szCs w:val="24"/>
              </w:rPr>
              <w:t>ticarileşme ve fikri mülkiyet çıktısı oluşturma potansiyeli</w:t>
            </w:r>
          </w:p>
        </w:tc>
      </w:tr>
      <w:tr w:rsidR="00D728DF" w:rsidRPr="00C87620" w14:paraId="46CFA5CC" w14:textId="77777777">
        <w:trPr>
          <w:cantSplit/>
          <w:jc w:val="center"/>
        </w:trPr>
        <w:tc>
          <w:tcPr>
            <w:tcW w:w="82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ED906B" w14:textId="77777777" w:rsidR="00D728DF" w:rsidRPr="00C87620" w:rsidRDefault="009C3674" w:rsidP="00C87620">
            <w:pPr>
              <w:spacing w:before="20" w:after="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>Proje kapsamında yer alacak / üretilecek olan mal ve hizmeti ticarileştireceğimi taahhüt ederim.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CA0994" w14:textId="77777777" w:rsidR="00D728DF" w:rsidRPr="00C87620" w:rsidRDefault="009C3674" w:rsidP="00C87620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DE28CA" w14:textId="77777777" w:rsidR="00D728DF" w:rsidRPr="00C87620" w:rsidRDefault="009C3674" w:rsidP="00C87620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D728DF" w:rsidRPr="00C87620" w14:paraId="59D3C74C" w14:textId="77777777">
        <w:trPr>
          <w:cantSplit/>
          <w:jc w:val="center"/>
        </w:trPr>
        <w:tc>
          <w:tcPr>
            <w:tcW w:w="82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1869D7" w14:textId="77777777" w:rsidR="00D728DF" w:rsidRPr="00C87620" w:rsidRDefault="009C3674" w:rsidP="00C87620">
            <w:pPr>
              <w:spacing w:before="20" w:after="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>Proje kapsamında üniversite–iş dünyası iş birliği yapacağımı taahhüt ederim.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A111B4" w14:textId="77777777" w:rsidR="00D728DF" w:rsidRPr="00C87620" w:rsidRDefault="009C3674" w:rsidP="00C87620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3113DD" w14:textId="77777777" w:rsidR="00D728DF" w:rsidRPr="00C87620" w:rsidRDefault="009C3674" w:rsidP="00C87620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D728DF" w:rsidRPr="00C87620" w14:paraId="6D47D07B" w14:textId="77777777">
        <w:trPr>
          <w:cantSplit/>
          <w:jc w:val="center"/>
        </w:trPr>
        <w:tc>
          <w:tcPr>
            <w:tcW w:w="82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91896D" w14:textId="77777777" w:rsidR="00D728DF" w:rsidRPr="00C87620" w:rsidRDefault="009C3674" w:rsidP="00C87620">
            <w:pPr>
              <w:spacing w:before="20" w:after="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>Projeyle ilişkili bir spin-off şirket kuracağımı taahhüt ederim.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51D3C4" w14:textId="77777777" w:rsidR="00D728DF" w:rsidRPr="00C87620" w:rsidRDefault="009C3674" w:rsidP="00C87620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35F6BE" w14:textId="77777777" w:rsidR="00D728DF" w:rsidRPr="00C87620" w:rsidRDefault="009C3674" w:rsidP="00C87620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D728DF" w:rsidRPr="00C87620" w14:paraId="50DD3DCE" w14:textId="77777777">
        <w:trPr>
          <w:cantSplit/>
          <w:jc w:val="center"/>
        </w:trPr>
        <w:tc>
          <w:tcPr>
            <w:tcW w:w="82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15E974" w14:textId="77777777" w:rsidR="00D728DF" w:rsidRPr="00C87620" w:rsidRDefault="009C3674" w:rsidP="00C87620">
            <w:pPr>
              <w:spacing w:before="20" w:after="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>Projeden üretilen bilgi ve teknolojiyi faydalı model / tasarım tesciline dönüştüreceğimi taahhüt ederim.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AA0134" w14:textId="77777777" w:rsidR="00D728DF" w:rsidRPr="00C87620" w:rsidRDefault="009C3674" w:rsidP="00C87620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FCD751" w14:textId="77777777" w:rsidR="00D728DF" w:rsidRPr="00C87620" w:rsidRDefault="009C3674" w:rsidP="00C87620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D728DF" w:rsidRPr="00C87620" w14:paraId="1CDDF615" w14:textId="77777777">
        <w:trPr>
          <w:cantSplit/>
          <w:jc w:val="center"/>
        </w:trPr>
        <w:tc>
          <w:tcPr>
            <w:tcW w:w="82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98D995" w14:textId="77777777" w:rsidR="00D728DF" w:rsidRPr="00C87620" w:rsidRDefault="009C3674" w:rsidP="00C87620">
            <w:pPr>
              <w:spacing w:before="20" w:after="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 xml:space="preserve">Projeden üretilen bilgi ve teknolojiyi ulusal patent tesciline </w:t>
            </w: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>dönüştüreceğimi taahhüt ederim.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E0097C" w14:textId="77777777" w:rsidR="00D728DF" w:rsidRPr="00C87620" w:rsidRDefault="009C3674" w:rsidP="00C87620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D8CA84" w14:textId="77777777" w:rsidR="00D728DF" w:rsidRPr="00C87620" w:rsidRDefault="009C3674" w:rsidP="00C87620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D728DF" w:rsidRPr="00C87620" w14:paraId="2F021FE7" w14:textId="77777777">
        <w:trPr>
          <w:cantSplit/>
          <w:jc w:val="center"/>
        </w:trPr>
        <w:tc>
          <w:tcPr>
            <w:tcW w:w="82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364C17" w14:textId="77777777" w:rsidR="00D728DF" w:rsidRPr="00C87620" w:rsidRDefault="009C3674" w:rsidP="00C87620">
            <w:pPr>
              <w:spacing w:before="20" w:after="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>Projeden üretilen bilgi ve teknolojiyi uluslararası patent tesciline dönüştüreceğimi taahhüt ederim.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11B444" w14:textId="77777777" w:rsidR="00D728DF" w:rsidRPr="00C87620" w:rsidRDefault="009C3674" w:rsidP="00C87620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3D9176" w14:textId="77777777" w:rsidR="00D728DF" w:rsidRPr="00C87620" w:rsidRDefault="009C3674" w:rsidP="00C87620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</w:tbl>
    <w:p w14:paraId="7F8EB80E" w14:textId="77777777" w:rsidR="00D728DF" w:rsidRPr="00C87620" w:rsidRDefault="009C3674" w:rsidP="00C87620">
      <w:pPr>
        <w:pStyle w:val="Balk1"/>
        <w:pageBreakBefore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lastRenderedPageBreak/>
        <w:t>9 Proje ekibi beyanı</w:t>
      </w:r>
    </w:p>
    <w:p w14:paraId="2137FACE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t>Destek başvurusunu Marmara Üniversitesi BAP Koordinasyon Birimi Uygulama Yönergesi ile Araşt</w:t>
      </w:r>
      <w:r w:rsidRPr="00C87620">
        <w:rPr>
          <w:rFonts w:ascii="Times New Roman" w:hAnsi="Times New Roman" w:cs="Times New Roman"/>
          <w:sz w:val="24"/>
          <w:szCs w:val="24"/>
        </w:rPr>
        <w:t xml:space="preserve">ırma Üniversiteleri Destek Programı (ADEP) Uygulama Esasları ve ilgili çağrı koşulları kapsamında gerçekleştirdiğimizi; beyan ettiğimiz tüm bilgi ve belgelerin doğru olduğunu, proje faaliyetlerini taahhütlerimize ve ilgili mevzuat hükümlerine uygun olarak </w:t>
      </w:r>
      <w:r w:rsidRPr="00C87620">
        <w:rPr>
          <w:rFonts w:ascii="Times New Roman" w:hAnsi="Times New Roman" w:cs="Times New Roman"/>
          <w:sz w:val="24"/>
          <w:szCs w:val="24"/>
        </w:rPr>
        <w:t>yürüteceğimizi, aksi takdirde ortaya çıkabilecek yasal sorumlulukları üstlendiğimizi beyan ederiz.</w:t>
      </w:r>
    </w:p>
    <w:p w14:paraId="7B9D8547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t>Desteklenmesine karar verilen başvurularda bu formda yer alan beyan ve taahhütlerin, proje ekibi ile BAP Koordinasyon Birimi arasında imzalanacak sözleşmenin</w:t>
      </w:r>
      <w:r w:rsidRPr="00C87620">
        <w:rPr>
          <w:rFonts w:ascii="Times New Roman" w:hAnsi="Times New Roman" w:cs="Times New Roman"/>
          <w:sz w:val="24"/>
          <w:szCs w:val="24"/>
        </w:rPr>
        <w:t xml:space="preserve"> eki olduğunu kabul ederiz.</w:t>
      </w:r>
    </w:p>
    <w:p w14:paraId="650EE9D4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t>Tarih: ........ / ........ / 20........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5102"/>
        <w:gridCol w:w="2268"/>
      </w:tblGrid>
      <w:tr w:rsidR="00D728DF" w:rsidRPr="00C87620" w14:paraId="5878324E" w14:textId="77777777">
        <w:trPr>
          <w:cantSplit/>
          <w:jc w:val="center"/>
        </w:trPr>
        <w:tc>
          <w:tcPr>
            <w:tcW w:w="2268" w:type="dxa"/>
            <w:shd w:val="clear" w:color="auto" w:fill="EDEDED"/>
            <w:vAlign w:val="center"/>
          </w:tcPr>
          <w:p w14:paraId="082D5FBB" w14:textId="77777777" w:rsidR="00D728DF" w:rsidRPr="00C87620" w:rsidRDefault="009C3674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b/>
                <w:sz w:val="24"/>
                <w:szCs w:val="24"/>
              </w:rPr>
              <w:t>Görevi</w:t>
            </w:r>
          </w:p>
        </w:tc>
        <w:tc>
          <w:tcPr>
            <w:tcW w:w="5102" w:type="dxa"/>
            <w:shd w:val="clear" w:color="auto" w:fill="EDEDED"/>
            <w:vAlign w:val="center"/>
          </w:tcPr>
          <w:p w14:paraId="4FBE4A1F" w14:textId="77777777" w:rsidR="00D728DF" w:rsidRPr="00C87620" w:rsidRDefault="009C3674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b/>
                <w:sz w:val="24"/>
                <w:szCs w:val="24"/>
              </w:rPr>
              <w:t>Unvanı Adı Soyadı</w:t>
            </w:r>
          </w:p>
        </w:tc>
        <w:tc>
          <w:tcPr>
            <w:tcW w:w="2268" w:type="dxa"/>
            <w:shd w:val="clear" w:color="auto" w:fill="EDEDED"/>
            <w:vAlign w:val="center"/>
          </w:tcPr>
          <w:p w14:paraId="522E6226" w14:textId="77777777" w:rsidR="00D728DF" w:rsidRPr="00C87620" w:rsidRDefault="009C3674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b/>
                <w:sz w:val="24"/>
                <w:szCs w:val="24"/>
              </w:rPr>
              <w:t>İmza</w:t>
            </w:r>
          </w:p>
        </w:tc>
      </w:tr>
      <w:tr w:rsidR="00D728DF" w:rsidRPr="00C87620" w14:paraId="10DE9AC5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162EC6C3" w14:textId="77777777" w:rsidR="00D728DF" w:rsidRPr="00C87620" w:rsidRDefault="009C3674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>Proje yürütücüsü</w:t>
            </w:r>
          </w:p>
        </w:tc>
        <w:tc>
          <w:tcPr>
            <w:tcW w:w="5102" w:type="dxa"/>
            <w:vAlign w:val="center"/>
          </w:tcPr>
          <w:p w14:paraId="1B8BD3F3" w14:textId="77777777" w:rsidR="00D728DF" w:rsidRPr="00C87620" w:rsidRDefault="009C3674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268" w:type="dxa"/>
            <w:vAlign w:val="center"/>
          </w:tcPr>
          <w:p w14:paraId="5E4ED217" w14:textId="77777777" w:rsidR="00D728DF" w:rsidRPr="00C87620" w:rsidRDefault="00D728DF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8DF" w:rsidRPr="00C87620" w14:paraId="180E5D08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46E425F2" w14:textId="77777777" w:rsidR="00D728DF" w:rsidRPr="00C87620" w:rsidRDefault="009C3674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>Araştırmacı</w:t>
            </w:r>
          </w:p>
        </w:tc>
        <w:tc>
          <w:tcPr>
            <w:tcW w:w="5102" w:type="dxa"/>
            <w:vAlign w:val="center"/>
          </w:tcPr>
          <w:p w14:paraId="39909F76" w14:textId="77777777" w:rsidR="00D728DF" w:rsidRPr="00C87620" w:rsidRDefault="009C3674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268" w:type="dxa"/>
            <w:vAlign w:val="center"/>
          </w:tcPr>
          <w:p w14:paraId="7C4256F1" w14:textId="77777777" w:rsidR="00D728DF" w:rsidRPr="00C87620" w:rsidRDefault="00D728DF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8DF" w:rsidRPr="00C87620" w14:paraId="6C4BEB47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7A13AA95" w14:textId="77777777" w:rsidR="00D728DF" w:rsidRPr="00C87620" w:rsidRDefault="009C3674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>Araştırmacı</w:t>
            </w:r>
          </w:p>
        </w:tc>
        <w:tc>
          <w:tcPr>
            <w:tcW w:w="5102" w:type="dxa"/>
            <w:vAlign w:val="center"/>
          </w:tcPr>
          <w:p w14:paraId="5F841C8C" w14:textId="77777777" w:rsidR="00D728DF" w:rsidRPr="00C87620" w:rsidRDefault="009C3674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268" w:type="dxa"/>
            <w:vAlign w:val="center"/>
          </w:tcPr>
          <w:p w14:paraId="6A4821F7" w14:textId="77777777" w:rsidR="00D728DF" w:rsidRPr="00C87620" w:rsidRDefault="00D728DF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8DF" w:rsidRPr="00C87620" w14:paraId="0ED48313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378DE7DF" w14:textId="77777777" w:rsidR="00D728DF" w:rsidRPr="00C87620" w:rsidRDefault="009C3674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>Araştırmacı</w:t>
            </w:r>
          </w:p>
        </w:tc>
        <w:tc>
          <w:tcPr>
            <w:tcW w:w="5102" w:type="dxa"/>
            <w:vAlign w:val="center"/>
          </w:tcPr>
          <w:p w14:paraId="5A053133" w14:textId="77777777" w:rsidR="00D728DF" w:rsidRPr="00C87620" w:rsidRDefault="009C3674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268" w:type="dxa"/>
            <w:vAlign w:val="center"/>
          </w:tcPr>
          <w:p w14:paraId="143D4D8B" w14:textId="77777777" w:rsidR="00D728DF" w:rsidRPr="00C87620" w:rsidRDefault="00D728DF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8DF" w:rsidRPr="00C87620" w14:paraId="68ED5750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09B51E83" w14:textId="77777777" w:rsidR="00D728DF" w:rsidRPr="00C87620" w:rsidRDefault="009C3674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sz w:val="24"/>
                <w:szCs w:val="24"/>
              </w:rPr>
              <w:t>Araştırmacı</w:t>
            </w:r>
          </w:p>
        </w:tc>
        <w:tc>
          <w:tcPr>
            <w:tcW w:w="5102" w:type="dxa"/>
            <w:vAlign w:val="center"/>
          </w:tcPr>
          <w:p w14:paraId="04603A52" w14:textId="77777777" w:rsidR="00D728DF" w:rsidRPr="00C87620" w:rsidRDefault="009C3674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62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268" w:type="dxa"/>
            <w:vAlign w:val="center"/>
          </w:tcPr>
          <w:p w14:paraId="7AAA0E23" w14:textId="77777777" w:rsidR="00D728DF" w:rsidRPr="00C87620" w:rsidRDefault="00D728DF" w:rsidP="00C87620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43B88FA" w14:textId="77777777" w:rsidR="00D728DF" w:rsidRPr="00C87620" w:rsidRDefault="009C3674" w:rsidP="00C876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620">
        <w:rPr>
          <w:rFonts w:ascii="Times New Roman" w:hAnsi="Times New Roman" w:cs="Times New Roman"/>
          <w:sz w:val="24"/>
          <w:szCs w:val="24"/>
        </w:rPr>
        <w:t>Ekipteki diğer araştırmacılar için imza satırı eklenebilir.</w:t>
      </w:r>
    </w:p>
    <w:sectPr w:rsidR="00D728DF" w:rsidRPr="00C87620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5DC42" w14:textId="77777777" w:rsidR="009C3674" w:rsidRDefault="009C3674">
      <w:pPr>
        <w:spacing w:after="0" w:line="240" w:lineRule="auto"/>
      </w:pPr>
      <w:r>
        <w:separator/>
      </w:r>
    </w:p>
  </w:endnote>
  <w:endnote w:type="continuationSeparator" w:id="0">
    <w:p w14:paraId="0175EB01" w14:textId="77777777" w:rsidR="009C3674" w:rsidRDefault="009C36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20EC3" w14:textId="77777777" w:rsidR="00D728DF" w:rsidRDefault="009C3674">
    <w:pPr>
      <w:pStyle w:val="AltBilgi"/>
      <w:jc w:val="right"/>
    </w:pPr>
    <w:r>
      <w:rPr>
        <w:sz w:val="16"/>
      </w:rPr>
      <w:t xml:space="preserve">ADEP </w:t>
    </w:r>
    <w:proofErr w:type="gramStart"/>
    <w:r>
      <w:rPr>
        <w:sz w:val="16"/>
      </w:rPr>
      <w:t>2027  |</w:t>
    </w:r>
    <w:proofErr w:type="gramEnd"/>
    <w:r>
      <w:rPr>
        <w:sz w:val="16"/>
      </w:rPr>
      <w:t xml:space="preserve">  </w:t>
    </w:r>
    <w:proofErr w:type="spellStart"/>
    <w:r>
      <w:rPr>
        <w:sz w:val="16"/>
      </w:rPr>
      <w:t>Beyan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ve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Taahhüt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Formu</w:t>
    </w:r>
    <w:proofErr w:type="spellEnd"/>
    <w:r>
      <w:rPr>
        <w:sz w:val="16"/>
      </w:rPr>
      <w:t xml:space="preserve">  |  </w:t>
    </w:r>
    <w:r>
      <w:fldChar w:fldCharType="begin"/>
    </w:r>
    <w:r>
      <w:instrText>PAGE</w:instrText>
    </w:r>
    <w:r>
      <w:fldChar w:fldCharType="separate"/>
    </w:r>
    <w:r w:rsidR="00FC0560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A5107" w14:textId="77777777" w:rsidR="009C3674" w:rsidRDefault="009C3674">
      <w:pPr>
        <w:spacing w:after="0" w:line="240" w:lineRule="auto"/>
      </w:pPr>
      <w:r>
        <w:separator/>
      </w:r>
    </w:p>
  </w:footnote>
  <w:footnote w:type="continuationSeparator" w:id="0">
    <w:p w14:paraId="5436870D" w14:textId="77777777" w:rsidR="009C3674" w:rsidRDefault="009C36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0067"/>
    <w:rsid w:val="0015074B"/>
    <w:rsid w:val="0029639D"/>
    <w:rsid w:val="00326F90"/>
    <w:rsid w:val="00547A0D"/>
    <w:rsid w:val="00795381"/>
    <w:rsid w:val="007B133C"/>
    <w:rsid w:val="009C3674"/>
    <w:rsid w:val="00AA1D8D"/>
    <w:rsid w:val="00B47730"/>
    <w:rsid w:val="00C87620"/>
    <w:rsid w:val="00CB0664"/>
    <w:rsid w:val="00D728DF"/>
    <w:rsid w:val="00EB0B14"/>
    <w:rsid w:val="00FC056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C79C70"/>
  <w14:defaultImageDpi w14:val="300"/>
  <w15:docId w15:val="{B81491FE-E178-4A66-86FD-75477B63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360" w:lineRule="auto"/>
    </w:pPr>
    <w:rPr>
      <w:rFonts w:ascii="Arial" w:hAnsi="Arial"/>
      <w:color w:val="000000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23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1704</Words>
  <Characters>9718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11400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07hdogan@marun.edu.tr</cp:lastModifiedBy>
  <cp:revision>2</cp:revision>
  <dcterms:created xsi:type="dcterms:W3CDTF">2026-10-14T12:33:00Z</dcterms:created>
  <dcterms:modified xsi:type="dcterms:W3CDTF">2026-10-14T12:33:00Z</dcterms:modified>
  <cp:category/>
</cp:coreProperties>
</file>